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5997DD" w14:textId="77777777" w:rsidR="00164EDA" w:rsidRDefault="00000000">
      <w:pPr>
        <w:spacing w:after="20"/>
        <w:jc w:val="center"/>
        <w:rPr>
          <w:lang w:eastAsia="ja-JP"/>
        </w:rPr>
      </w:pPr>
      <w:r>
        <w:rPr>
          <w:lang w:eastAsia="ja-JP"/>
        </w:rPr>
        <w:t>2027年度・計算機センター特別研究プロジェクト</w:t>
      </w:r>
    </w:p>
    <w:p w14:paraId="3B23DFDD" w14:textId="77777777" w:rsidR="00164EDA" w:rsidRDefault="00000000">
      <w:pPr>
        <w:spacing w:before="120" w:after="200"/>
        <w:jc w:val="center"/>
        <w:rPr>
          <w:lang w:eastAsia="ja-JP"/>
        </w:rPr>
      </w:pPr>
      <w:r>
        <w:rPr>
          <w:rFonts w:ascii="Yu Gothic" w:eastAsia="Yu Gothic" w:hAnsi="Yu Gothic" w:cs="Yu Gothic"/>
          <w:b/>
          <w:sz w:val="26"/>
          <w:lang w:eastAsia="ja-JP"/>
        </w:rPr>
        <w:t>【新規申込書】　Ａ・Ｂプロジェクト（学術研究プロジェクト）用</w:t>
      </w:r>
    </w:p>
    <w:p w14:paraId="6A4FEE4F" w14:textId="77777777" w:rsidR="00164EDA" w:rsidRDefault="00000000">
      <w:pPr>
        <w:spacing w:after="120"/>
        <w:jc w:val="right"/>
      </w:pPr>
      <w:r>
        <w:t>年　　　　月　　　　日</w:t>
      </w:r>
    </w:p>
    <w:p w14:paraId="1776426A" w14:textId="77777777" w:rsidR="00164EDA" w:rsidRDefault="00000000">
      <w:pPr>
        <w:spacing w:after="20"/>
        <w:rPr>
          <w:lang w:eastAsia="ja-JP"/>
        </w:rPr>
      </w:pPr>
      <w:r>
        <w:rPr>
          <w:lang w:eastAsia="ja-JP"/>
        </w:rPr>
        <w:t>計算機センター所長</w:t>
      </w:r>
    </w:p>
    <w:p w14:paraId="2EDE9DB2" w14:textId="77777777" w:rsidR="00164EDA" w:rsidRDefault="00000000">
      <w:pPr>
        <w:spacing w:after="120"/>
        <w:rPr>
          <w:lang w:eastAsia="ja-JP"/>
        </w:rPr>
      </w:pPr>
      <w:r>
        <w:rPr>
          <w:lang w:eastAsia="ja-JP"/>
        </w:rPr>
        <w:t xml:space="preserve">　久 保 山 　哲 二　殿</w:t>
      </w:r>
    </w:p>
    <w:p w14:paraId="2D54908E" w14:textId="052ED4C2" w:rsidR="00164EDA" w:rsidRDefault="00000000">
      <w:pPr>
        <w:spacing w:after="160"/>
        <w:rPr>
          <w:lang w:eastAsia="ja-JP"/>
        </w:rPr>
      </w:pPr>
      <w:r>
        <w:rPr>
          <w:lang w:eastAsia="ja-JP"/>
        </w:rPr>
        <w:t xml:space="preserve">　下記のとおり計算機センター特別研究プロジェクト（Ａ・Ｂプロジェクト）に申し込みます。</w:t>
      </w:r>
    </w:p>
    <w:tbl>
      <w:tblPr>
        <w:tblStyle w:val="afe"/>
        <w:tblW w:w="9639" w:type="dxa"/>
        <w:jc w:val="center"/>
        <w:tblLayout w:type="fixed"/>
        <w:tblLook w:val="04A0" w:firstRow="1" w:lastRow="0" w:firstColumn="1" w:lastColumn="0" w:noHBand="0" w:noVBand="1"/>
      </w:tblPr>
      <w:tblGrid>
        <w:gridCol w:w="1815"/>
        <w:gridCol w:w="3005"/>
        <w:gridCol w:w="1701"/>
        <w:gridCol w:w="3118"/>
      </w:tblGrid>
      <w:tr w:rsidR="00164EDA" w14:paraId="4A7033F5" w14:textId="77777777" w:rsidTr="00827C71">
        <w:trPr>
          <w:jc w:val="center"/>
        </w:trPr>
        <w:tc>
          <w:tcPr>
            <w:tcW w:w="1814" w:type="dxa"/>
            <w:shd w:val="clear" w:color="auto" w:fill="F2F2F2"/>
            <w:vAlign w:val="center"/>
          </w:tcPr>
          <w:p w14:paraId="203A57BA" w14:textId="77777777" w:rsidR="00164EDA" w:rsidRDefault="00000000" w:rsidP="00827C71">
            <w:pPr>
              <w:spacing w:before="20" w:after="20" w:line="252" w:lineRule="auto"/>
              <w:jc w:val="both"/>
            </w:pPr>
            <w:r>
              <w:rPr>
                <w:rFonts w:ascii="Yu Gothic" w:eastAsia="Yu Gothic" w:hAnsi="Yu Gothic" w:cs="Yu Gothic"/>
                <w:b/>
                <w:sz w:val="19"/>
              </w:rPr>
              <w:t>応　募　枠</w:t>
            </w:r>
          </w:p>
        </w:tc>
        <w:tc>
          <w:tcPr>
            <w:tcW w:w="7824" w:type="dxa"/>
            <w:gridSpan w:val="3"/>
          </w:tcPr>
          <w:p w14:paraId="56600FC3" w14:textId="77777777" w:rsidR="00861F30" w:rsidRDefault="00000000">
            <w:pPr>
              <w:spacing w:before="20" w:after="20" w:line="252" w:lineRule="auto"/>
              <w:rPr>
                <w:sz w:val="19"/>
                <w:lang w:eastAsia="ja-JP"/>
              </w:rPr>
            </w:pPr>
            <w:r>
              <w:rPr>
                <w:sz w:val="19"/>
                <w:lang w:eastAsia="ja-JP"/>
              </w:rPr>
              <w:t xml:space="preserve">□　Ａプロジェクト（80万円〜100万円）　　　</w:t>
            </w:r>
          </w:p>
          <w:p w14:paraId="794440A0" w14:textId="6B1D194A" w:rsidR="00164EDA" w:rsidRDefault="00000000">
            <w:pPr>
              <w:spacing w:before="20" w:after="20" w:line="252" w:lineRule="auto"/>
              <w:rPr>
                <w:lang w:eastAsia="ja-JP"/>
              </w:rPr>
            </w:pPr>
            <w:r>
              <w:rPr>
                <w:sz w:val="19"/>
                <w:lang w:eastAsia="ja-JP"/>
              </w:rPr>
              <w:t>□　Ｂプロジェクト（30万円〜50万円）</w:t>
            </w:r>
          </w:p>
        </w:tc>
      </w:tr>
      <w:tr w:rsidR="00164EDA" w14:paraId="62D55E01" w14:textId="77777777" w:rsidTr="00827C71">
        <w:trPr>
          <w:trHeight w:val="624"/>
          <w:jc w:val="center"/>
        </w:trPr>
        <w:tc>
          <w:tcPr>
            <w:tcW w:w="1814" w:type="dxa"/>
            <w:shd w:val="clear" w:color="auto" w:fill="F2F2F2"/>
            <w:vAlign w:val="center"/>
          </w:tcPr>
          <w:p w14:paraId="4D86252E" w14:textId="77777777" w:rsidR="00164EDA" w:rsidRDefault="00000000" w:rsidP="00827C71">
            <w:pPr>
              <w:spacing w:before="20" w:after="20" w:line="252" w:lineRule="auto"/>
              <w:jc w:val="both"/>
            </w:pPr>
            <w:r>
              <w:rPr>
                <w:rFonts w:ascii="Yu Gothic" w:eastAsia="Yu Gothic" w:hAnsi="Yu Gothic" w:cs="Yu Gothic"/>
                <w:b/>
                <w:sz w:val="19"/>
              </w:rPr>
              <w:t>プロジェクト名</w:t>
            </w:r>
          </w:p>
        </w:tc>
        <w:tc>
          <w:tcPr>
            <w:tcW w:w="7824" w:type="dxa"/>
            <w:gridSpan w:val="3"/>
          </w:tcPr>
          <w:p w14:paraId="2E4D341F" w14:textId="77777777" w:rsidR="00164EDA" w:rsidRDefault="00164EDA">
            <w:pPr>
              <w:spacing w:before="20" w:after="20" w:line="252" w:lineRule="auto"/>
            </w:pPr>
          </w:p>
        </w:tc>
      </w:tr>
      <w:tr w:rsidR="00164EDA" w14:paraId="7FED2D51" w14:textId="77777777" w:rsidTr="00827C71">
        <w:trPr>
          <w:jc w:val="center"/>
        </w:trPr>
        <w:tc>
          <w:tcPr>
            <w:tcW w:w="1814" w:type="dxa"/>
            <w:shd w:val="clear" w:color="auto" w:fill="F2F2F2"/>
            <w:vAlign w:val="center"/>
          </w:tcPr>
          <w:p w14:paraId="2E8436EA" w14:textId="77777777" w:rsidR="00164EDA" w:rsidRDefault="00000000" w:rsidP="00827C71">
            <w:pPr>
              <w:spacing w:before="20" w:after="20" w:line="252" w:lineRule="auto"/>
              <w:jc w:val="both"/>
            </w:pPr>
            <w:r>
              <w:rPr>
                <w:rFonts w:ascii="Yu Gothic" w:eastAsia="Yu Gothic" w:hAnsi="Yu Gothic" w:cs="Yu Gothic"/>
                <w:b/>
                <w:sz w:val="19"/>
              </w:rPr>
              <w:t>研 究 期 間</w:t>
            </w:r>
          </w:p>
        </w:tc>
        <w:tc>
          <w:tcPr>
            <w:tcW w:w="7824" w:type="dxa"/>
            <w:gridSpan w:val="3"/>
          </w:tcPr>
          <w:p w14:paraId="213B6DBA" w14:textId="77777777" w:rsidR="00164EDA" w:rsidRDefault="00000000">
            <w:pPr>
              <w:spacing w:before="20" w:after="20" w:line="252" w:lineRule="auto"/>
            </w:pPr>
            <w:r>
              <w:rPr>
                <w:sz w:val="19"/>
              </w:rPr>
              <w:t>2027年4月 　〜 　2028年3月</w:t>
            </w:r>
          </w:p>
        </w:tc>
      </w:tr>
      <w:tr w:rsidR="00164EDA" w14:paraId="46854DBA" w14:textId="77777777" w:rsidTr="00827C71">
        <w:trPr>
          <w:trHeight w:val="567"/>
          <w:jc w:val="center"/>
        </w:trPr>
        <w:tc>
          <w:tcPr>
            <w:tcW w:w="1814" w:type="dxa"/>
            <w:shd w:val="clear" w:color="auto" w:fill="F2F2F2"/>
            <w:vAlign w:val="center"/>
          </w:tcPr>
          <w:p w14:paraId="48F077D5" w14:textId="77777777" w:rsidR="00164EDA" w:rsidRDefault="00000000" w:rsidP="00827C71">
            <w:pPr>
              <w:spacing w:before="20" w:after="20" w:line="252" w:lineRule="auto"/>
              <w:jc w:val="both"/>
            </w:pPr>
            <w:r>
              <w:rPr>
                <w:rFonts w:ascii="Yu Gothic" w:eastAsia="Yu Gothic" w:hAnsi="Yu Gothic" w:cs="Yu Gothic"/>
                <w:b/>
                <w:sz w:val="19"/>
              </w:rPr>
              <w:t>研究代表者</w:t>
            </w:r>
          </w:p>
        </w:tc>
        <w:tc>
          <w:tcPr>
            <w:tcW w:w="3005" w:type="dxa"/>
            <w:vAlign w:val="center"/>
          </w:tcPr>
          <w:p w14:paraId="4C320683" w14:textId="5297C0BD" w:rsidR="00164EDA" w:rsidRDefault="00164EDA" w:rsidP="00827C71">
            <w:pPr>
              <w:spacing w:before="20" w:after="20" w:line="252" w:lineRule="auto"/>
              <w:jc w:val="right"/>
              <w:rPr>
                <w:lang w:eastAsia="ja-JP"/>
              </w:rPr>
            </w:pPr>
          </w:p>
        </w:tc>
        <w:tc>
          <w:tcPr>
            <w:tcW w:w="1701" w:type="dxa"/>
            <w:shd w:val="clear" w:color="auto" w:fill="F2F2F2"/>
            <w:vAlign w:val="center"/>
          </w:tcPr>
          <w:p w14:paraId="3630AB27" w14:textId="77777777" w:rsidR="00164EDA" w:rsidRDefault="00000000" w:rsidP="00827C71">
            <w:pPr>
              <w:spacing w:before="20" w:after="20" w:line="252" w:lineRule="auto"/>
              <w:jc w:val="both"/>
            </w:pPr>
            <w:r>
              <w:rPr>
                <w:rFonts w:ascii="Yu Gothic" w:eastAsia="Yu Gothic" w:hAnsi="Yu Gothic" w:cs="Yu Gothic"/>
                <w:b/>
                <w:sz w:val="19"/>
              </w:rPr>
              <w:t>所属・職名</w:t>
            </w:r>
          </w:p>
        </w:tc>
        <w:tc>
          <w:tcPr>
            <w:tcW w:w="3118" w:type="dxa"/>
          </w:tcPr>
          <w:p w14:paraId="0422CFAA" w14:textId="77777777" w:rsidR="00164EDA" w:rsidRDefault="00164EDA">
            <w:pPr>
              <w:spacing w:before="20" w:after="20" w:line="252" w:lineRule="auto"/>
            </w:pPr>
          </w:p>
        </w:tc>
      </w:tr>
      <w:tr w:rsidR="00164EDA" w14:paraId="671206F5" w14:textId="77777777" w:rsidTr="00827C71">
        <w:trPr>
          <w:jc w:val="center"/>
        </w:trPr>
        <w:tc>
          <w:tcPr>
            <w:tcW w:w="1814" w:type="dxa"/>
            <w:shd w:val="clear" w:color="auto" w:fill="F2F2F2"/>
            <w:vAlign w:val="center"/>
          </w:tcPr>
          <w:p w14:paraId="0303AF6B" w14:textId="77777777" w:rsidR="00164EDA" w:rsidRDefault="00000000" w:rsidP="00827C71">
            <w:pPr>
              <w:spacing w:before="20" w:after="20" w:line="252" w:lineRule="auto"/>
              <w:jc w:val="both"/>
            </w:pPr>
            <w:r>
              <w:rPr>
                <w:rFonts w:ascii="Yu Gothic" w:eastAsia="Yu Gothic" w:hAnsi="Yu Gothic" w:cs="Yu Gothic"/>
                <w:b/>
                <w:sz w:val="19"/>
              </w:rPr>
              <w:t>連　絡　先</w:t>
            </w:r>
          </w:p>
        </w:tc>
        <w:tc>
          <w:tcPr>
            <w:tcW w:w="3005" w:type="dxa"/>
          </w:tcPr>
          <w:p w14:paraId="3F6D3CFD" w14:textId="77777777" w:rsidR="00164EDA" w:rsidRDefault="00000000">
            <w:pPr>
              <w:spacing w:before="20" w:after="20" w:line="252" w:lineRule="auto"/>
            </w:pPr>
            <w:r>
              <w:rPr>
                <w:sz w:val="19"/>
              </w:rPr>
              <w:t>内線：</w:t>
            </w:r>
          </w:p>
        </w:tc>
        <w:tc>
          <w:tcPr>
            <w:tcW w:w="1701" w:type="dxa"/>
            <w:shd w:val="clear" w:color="auto" w:fill="F2F2F2"/>
            <w:vAlign w:val="center"/>
          </w:tcPr>
          <w:p w14:paraId="5CC99AB1" w14:textId="77777777" w:rsidR="00164EDA" w:rsidRDefault="00000000" w:rsidP="00827C71">
            <w:pPr>
              <w:spacing w:before="20" w:after="20" w:line="252" w:lineRule="auto"/>
              <w:jc w:val="both"/>
            </w:pPr>
            <w:r>
              <w:rPr>
                <w:rFonts w:ascii="Yu Gothic" w:eastAsia="Yu Gothic" w:hAnsi="Yu Gothic" w:cs="Yu Gothic"/>
                <w:b/>
                <w:sz w:val="19"/>
              </w:rPr>
              <w:t>E-mail</w:t>
            </w:r>
          </w:p>
        </w:tc>
        <w:tc>
          <w:tcPr>
            <w:tcW w:w="3118" w:type="dxa"/>
          </w:tcPr>
          <w:p w14:paraId="3D404E8B" w14:textId="77777777" w:rsidR="00164EDA" w:rsidRDefault="00164EDA">
            <w:pPr>
              <w:spacing w:before="20" w:after="20" w:line="252" w:lineRule="auto"/>
            </w:pPr>
          </w:p>
        </w:tc>
      </w:tr>
      <w:tr w:rsidR="00164EDA" w14:paraId="7B3B7860" w14:textId="77777777" w:rsidTr="00827C71">
        <w:trPr>
          <w:jc w:val="center"/>
        </w:trPr>
        <w:tc>
          <w:tcPr>
            <w:tcW w:w="1814" w:type="dxa"/>
            <w:shd w:val="clear" w:color="auto" w:fill="F2F2F2"/>
            <w:vAlign w:val="center"/>
          </w:tcPr>
          <w:p w14:paraId="39A1C463" w14:textId="77777777" w:rsidR="00164EDA" w:rsidRDefault="00000000" w:rsidP="00827C71">
            <w:pPr>
              <w:spacing w:before="20" w:after="20" w:line="252" w:lineRule="auto"/>
              <w:jc w:val="both"/>
            </w:pPr>
            <w:r>
              <w:rPr>
                <w:rFonts w:ascii="Yu Gothic" w:eastAsia="Yu Gothic" w:hAnsi="Yu Gothic" w:cs="Yu Gothic"/>
                <w:b/>
                <w:sz w:val="19"/>
              </w:rPr>
              <w:t>申　請　額</w:t>
            </w:r>
          </w:p>
        </w:tc>
        <w:tc>
          <w:tcPr>
            <w:tcW w:w="7824" w:type="dxa"/>
            <w:gridSpan w:val="3"/>
          </w:tcPr>
          <w:p w14:paraId="0DF7EC93" w14:textId="77777777" w:rsidR="00164EDA" w:rsidRDefault="00000000">
            <w:pPr>
              <w:spacing w:before="20" w:after="20" w:line="252" w:lineRule="auto"/>
              <w:rPr>
                <w:lang w:eastAsia="ja-JP"/>
              </w:rPr>
            </w:pPr>
            <w:r>
              <w:rPr>
                <w:sz w:val="19"/>
                <w:lang w:eastAsia="ja-JP"/>
              </w:rPr>
              <w:t xml:space="preserve">　　　　　　　　　　　円（別紙２の合計額と一致させること）</w:t>
            </w:r>
          </w:p>
        </w:tc>
      </w:tr>
    </w:tbl>
    <w:p w14:paraId="3385E4D3" w14:textId="77777777" w:rsidR="00164EDA" w:rsidRDefault="00164EDA">
      <w:pPr>
        <w:rPr>
          <w:lang w:eastAsia="ja-JP"/>
        </w:rPr>
      </w:pPr>
    </w:p>
    <w:tbl>
      <w:tblPr>
        <w:tblStyle w:val="afe"/>
        <w:tblW w:w="9639" w:type="dxa"/>
        <w:jc w:val="center"/>
        <w:tblLayout w:type="fixed"/>
        <w:tblLook w:val="04A0" w:firstRow="1" w:lastRow="0" w:firstColumn="1" w:lastColumn="0" w:noHBand="0" w:noVBand="1"/>
      </w:tblPr>
      <w:tblGrid>
        <w:gridCol w:w="9639"/>
      </w:tblGrid>
      <w:tr w:rsidR="00164EDA" w14:paraId="1DB36EF0" w14:textId="77777777">
        <w:trPr>
          <w:jc w:val="center"/>
        </w:trPr>
        <w:tc>
          <w:tcPr>
            <w:tcW w:w="9638" w:type="dxa"/>
            <w:shd w:val="clear" w:color="auto" w:fill="F7F7F7"/>
          </w:tcPr>
          <w:p w14:paraId="32A84659" w14:textId="77777777" w:rsidR="00164EDA" w:rsidRDefault="00000000">
            <w:pPr>
              <w:spacing w:before="20" w:after="40" w:line="252" w:lineRule="auto"/>
              <w:rPr>
                <w:lang w:eastAsia="ja-JP"/>
              </w:rPr>
            </w:pPr>
            <w:r>
              <w:rPr>
                <w:rFonts w:ascii="Yu Gothic" w:eastAsia="Yu Gothic" w:hAnsi="Yu Gothic" w:cs="Yu Gothic"/>
                <w:b/>
                <w:sz w:val="20"/>
                <w:lang w:eastAsia="ja-JP"/>
              </w:rPr>
              <w:t>■ 提出前チェックリスト（すべてに☑を入れてから提出してください）</w:t>
            </w:r>
          </w:p>
          <w:p w14:paraId="7C9F9A0C" w14:textId="77777777" w:rsidR="00164EDA" w:rsidRDefault="00000000">
            <w:pPr>
              <w:spacing w:before="20" w:after="30" w:line="252" w:lineRule="auto"/>
              <w:ind w:left="340" w:hanging="340"/>
              <w:rPr>
                <w:lang w:eastAsia="ja-JP"/>
              </w:rPr>
            </w:pPr>
            <w:r>
              <w:rPr>
                <w:sz w:val="18"/>
                <w:lang w:eastAsia="ja-JP"/>
              </w:rPr>
              <w:t>□　別紙１のⅠ－１〜Ⅰ－７のすべての欄に記入した（該当者はⅠ－８も記入した）。</w:t>
            </w:r>
          </w:p>
          <w:p w14:paraId="11E5B6C6" w14:textId="77777777" w:rsidR="00164EDA" w:rsidRDefault="00000000">
            <w:pPr>
              <w:spacing w:before="20" w:after="30" w:line="252" w:lineRule="auto"/>
              <w:ind w:left="340" w:hanging="340"/>
              <w:rPr>
                <w:lang w:eastAsia="ja-JP"/>
              </w:rPr>
            </w:pPr>
            <w:r>
              <w:rPr>
                <w:sz w:val="18"/>
                <w:lang w:eastAsia="ja-JP"/>
              </w:rPr>
              <w:t>□　Ⅰ－２欄に、主要な先行研究を3件以上、著者・題目・発表先がわかる形で挙げ、本研究との差分を記載した。</w:t>
            </w:r>
          </w:p>
          <w:p w14:paraId="34A17983" w14:textId="77777777" w:rsidR="00164EDA" w:rsidRDefault="00000000">
            <w:pPr>
              <w:spacing w:before="20" w:after="30" w:line="252" w:lineRule="auto"/>
              <w:ind w:left="340" w:hanging="340"/>
              <w:rPr>
                <w:lang w:eastAsia="ja-JP"/>
              </w:rPr>
            </w:pPr>
            <w:r>
              <w:rPr>
                <w:sz w:val="18"/>
                <w:lang w:eastAsia="ja-JP"/>
              </w:rPr>
              <w:t>□　Ⅰ－３欄に、本研究で用いる／開発する情報技術を具体的に記載した。</w:t>
            </w:r>
          </w:p>
          <w:p w14:paraId="31BF572E" w14:textId="77777777" w:rsidR="00164EDA" w:rsidRDefault="00000000">
            <w:pPr>
              <w:spacing w:before="20" w:after="30" w:line="252" w:lineRule="auto"/>
              <w:ind w:left="340" w:hanging="340"/>
              <w:rPr>
                <w:lang w:eastAsia="ja-JP"/>
              </w:rPr>
            </w:pPr>
            <w:r>
              <w:rPr>
                <w:sz w:val="18"/>
                <w:lang w:eastAsia="ja-JP"/>
              </w:rPr>
              <w:t>□　Ⅰ－４欄に、当該分野の標準的な研究との差異を記載した（情報学分野の申請は、既存の手法・技術水準に何を加えるのかを記載した）。</w:t>
            </w:r>
          </w:p>
          <w:p w14:paraId="14804938" w14:textId="77777777" w:rsidR="00164EDA" w:rsidRDefault="00000000">
            <w:pPr>
              <w:spacing w:before="20" w:after="30" w:line="252" w:lineRule="auto"/>
              <w:ind w:left="340" w:hanging="340"/>
              <w:rPr>
                <w:lang w:eastAsia="ja-JP"/>
              </w:rPr>
            </w:pPr>
            <w:r>
              <w:rPr>
                <w:sz w:val="18"/>
                <w:lang w:eastAsia="ja-JP"/>
              </w:rPr>
              <w:t>□　別紙２のすべての費目について、用途・単価・数量（回数・人数）を記入した。</w:t>
            </w:r>
          </w:p>
          <w:p w14:paraId="1885A417" w14:textId="77777777" w:rsidR="00164EDA" w:rsidRDefault="00000000">
            <w:pPr>
              <w:spacing w:before="20" w:after="30" w:line="252" w:lineRule="auto"/>
              <w:ind w:left="340" w:hanging="340"/>
              <w:rPr>
                <w:lang w:eastAsia="ja-JP"/>
              </w:rPr>
            </w:pPr>
            <w:r>
              <w:rPr>
                <w:sz w:val="18"/>
                <w:lang w:eastAsia="ja-JP"/>
              </w:rPr>
              <w:t>□　報酬・謝礼および旅費について、明細欄に支払先の別・単価・回数・人数・必要性を記入した。</w:t>
            </w:r>
          </w:p>
          <w:p w14:paraId="59F4C96A" w14:textId="77777777" w:rsidR="00164EDA" w:rsidRDefault="00000000">
            <w:pPr>
              <w:spacing w:before="20" w:after="30" w:line="252" w:lineRule="auto"/>
              <w:ind w:left="340" w:hanging="340"/>
              <w:rPr>
                <w:lang w:eastAsia="ja-JP"/>
              </w:rPr>
            </w:pPr>
            <w:r>
              <w:rPr>
                <w:sz w:val="18"/>
                <w:lang w:eastAsia="ja-JP"/>
              </w:rPr>
              <w:t>□　旅費の合計がプロジェクト費の半額を超えていないことを確認した。</w:t>
            </w:r>
          </w:p>
          <w:p w14:paraId="1EDFD727" w14:textId="77777777" w:rsidR="00164EDA" w:rsidRDefault="00000000">
            <w:pPr>
              <w:spacing w:before="20" w:after="30" w:line="252" w:lineRule="auto"/>
              <w:ind w:left="340" w:hanging="340"/>
              <w:rPr>
                <w:lang w:eastAsia="ja-JP"/>
              </w:rPr>
            </w:pPr>
            <w:r>
              <w:rPr>
                <w:sz w:val="18"/>
                <w:lang w:eastAsia="ja-JP"/>
              </w:rPr>
              <w:t>□　過去2年度（2025・2026年度）に代表者として採択されていた場合、Ⅰ－８欄に実施状況を記入した。</w:t>
            </w:r>
          </w:p>
          <w:p w14:paraId="0C4DBF60" w14:textId="77777777" w:rsidR="00164EDA" w:rsidRDefault="00000000">
            <w:pPr>
              <w:spacing w:before="20" w:after="30" w:line="252" w:lineRule="auto"/>
              <w:ind w:left="340" w:hanging="340"/>
              <w:rPr>
                <w:lang w:eastAsia="ja-JP"/>
              </w:rPr>
            </w:pPr>
            <w:r>
              <w:rPr>
                <w:sz w:val="18"/>
                <w:lang w:eastAsia="ja-JP"/>
              </w:rPr>
              <w:t>□　募集要項第10項（採択された場合、研究代表者および研究メンバーのうち本学に所属する者は当該年度の計算機センター研究員を委嘱され、研究員は次年度の選考委員となることがある）を了承した。</w:t>
            </w:r>
          </w:p>
          <w:p w14:paraId="094F7BA7" w14:textId="77777777" w:rsidR="00164EDA" w:rsidRDefault="00000000">
            <w:pPr>
              <w:spacing w:before="20" w:after="30" w:line="252" w:lineRule="auto"/>
              <w:ind w:left="340" w:hanging="340"/>
              <w:rPr>
                <w:lang w:eastAsia="ja-JP"/>
              </w:rPr>
            </w:pPr>
            <w:r>
              <w:rPr>
                <w:sz w:val="18"/>
                <w:lang w:eastAsia="ja-JP"/>
              </w:rPr>
              <w:t>□　前年度と同様のテーマで申請する場合、Ⅰ－８欄に前年度課題の到達点・本申請で新たに取り組む事項・前年度課題との差分を記載した。</w:t>
            </w:r>
          </w:p>
          <w:p w14:paraId="494775BB" w14:textId="300FA5E2" w:rsidR="00164EDA" w:rsidRDefault="00000000">
            <w:pPr>
              <w:spacing w:before="20" w:after="30" w:line="252" w:lineRule="auto"/>
              <w:ind w:left="340" w:hanging="340"/>
              <w:rPr>
                <w:lang w:eastAsia="ja-JP"/>
              </w:rPr>
            </w:pPr>
            <w:r>
              <w:rPr>
                <w:sz w:val="18"/>
                <w:lang w:eastAsia="ja-JP"/>
              </w:rPr>
              <w:t xml:space="preserve">□　</w:t>
            </w:r>
            <w:r>
              <w:rPr>
                <w:rFonts w:hint="eastAsia"/>
                <w:sz w:val="18"/>
                <w:lang w:eastAsia="ja-JP"/>
              </w:rPr>
              <w:t>本応募資料は</w:t>
            </w:r>
            <w:r>
              <w:rPr>
                <w:sz w:val="18"/>
                <w:lang w:eastAsia="ja-JP"/>
              </w:rPr>
              <w:t>研究代表者本人の学内メールアドレス（@gakushuin.ac.jp のもの）から、計算機センター事務室（cc-off@gakushuin.ac.jp）宛に送信する（押印は不要）。</w:t>
            </w:r>
          </w:p>
        </w:tc>
      </w:tr>
    </w:tbl>
    <w:p w14:paraId="07B3B559" w14:textId="77777777" w:rsidR="00164EDA" w:rsidRDefault="00000000">
      <w:pPr>
        <w:rPr>
          <w:lang w:eastAsia="ja-JP"/>
        </w:rPr>
      </w:pPr>
      <w:r>
        <w:rPr>
          <w:lang w:eastAsia="ja-JP"/>
        </w:rPr>
        <w:br w:type="page"/>
      </w:r>
    </w:p>
    <w:p w14:paraId="1440C7BD" w14:textId="77777777" w:rsidR="00164EDA" w:rsidRDefault="00000000">
      <w:pPr>
        <w:spacing w:after="40"/>
      </w:pPr>
      <w:r>
        <w:rPr>
          <w:rFonts w:ascii="Yu Gothic" w:eastAsia="Yu Gothic" w:hAnsi="Yu Gothic" w:cs="Yu Gothic"/>
          <w:b/>
        </w:rPr>
        <w:lastRenderedPageBreak/>
        <w:t>別紙１</w:t>
      </w:r>
    </w:p>
    <w:p w14:paraId="143B5E2D" w14:textId="77777777" w:rsidR="00164EDA" w:rsidRDefault="00000000">
      <w:pPr>
        <w:spacing w:before="120" w:after="200"/>
        <w:jc w:val="center"/>
      </w:pPr>
      <w:r>
        <w:rPr>
          <w:rFonts w:ascii="Yu Gothic" w:eastAsia="Yu Gothic" w:hAnsi="Yu Gothic" w:cs="Yu Gothic"/>
          <w:b/>
          <w:sz w:val="26"/>
        </w:rPr>
        <w:t>Ⅰ　研 究 計 画 書</w:t>
      </w:r>
    </w:p>
    <w:tbl>
      <w:tblPr>
        <w:tblStyle w:val="afe"/>
        <w:tblW w:w="9639" w:type="dxa"/>
        <w:jc w:val="center"/>
        <w:tblLayout w:type="fixed"/>
        <w:tblLook w:val="04A0" w:firstRow="1" w:lastRow="0" w:firstColumn="1" w:lastColumn="0" w:noHBand="0" w:noVBand="1"/>
      </w:tblPr>
      <w:tblGrid>
        <w:gridCol w:w="1815"/>
        <w:gridCol w:w="3005"/>
        <w:gridCol w:w="1701"/>
        <w:gridCol w:w="3118"/>
      </w:tblGrid>
      <w:tr w:rsidR="00164EDA" w14:paraId="5470AC90" w14:textId="77777777" w:rsidTr="00F40985">
        <w:trPr>
          <w:trHeight w:val="510"/>
          <w:jc w:val="center"/>
        </w:trPr>
        <w:tc>
          <w:tcPr>
            <w:tcW w:w="1814" w:type="dxa"/>
            <w:shd w:val="clear" w:color="auto" w:fill="F2F2F2"/>
            <w:vAlign w:val="center"/>
          </w:tcPr>
          <w:p w14:paraId="4498A6E2" w14:textId="77777777" w:rsidR="00164EDA" w:rsidRDefault="00000000" w:rsidP="00F40985">
            <w:pPr>
              <w:spacing w:before="20" w:after="20" w:line="252" w:lineRule="auto"/>
              <w:jc w:val="both"/>
            </w:pPr>
            <w:r>
              <w:rPr>
                <w:rFonts w:ascii="Yu Gothic" w:eastAsia="Yu Gothic" w:hAnsi="Yu Gothic" w:cs="Yu Gothic"/>
                <w:b/>
                <w:sz w:val="19"/>
              </w:rPr>
              <w:t>プロジェクト名</w:t>
            </w:r>
          </w:p>
        </w:tc>
        <w:tc>
          <w:tcPr>
            <w:tcW w:w="7824" w:type="dxa"/>
            <w:gridSpan w:val="3"/>
          </w:tcPr>
          <w:p w14:paraId="2F471155" w14:textId="77777777" w:rsidR="00164EDA" w:rsidRDefault="00164EDA">
            <w:pPr>
              <w:spacing w:before="20" w:after="20" w:line="252" w:lineRule="auto"/>
            </w:pPr>
          </w:p>
        </w:tc>
      </w:tr>
      <w:tr w:rsidR="00164EDA" w14:paraId="36D55079" w14:textId="77777777" w:rsidTr="00F40985">
        <w:trPr>
          <w:trHeight w:val="510"/>
          <w:jc w:val="center"/>
        </w:trPr>
        <w:tc>
          <w:tcPr>
            <w:tcW w:w="1814" w:type="dxa"/>
            <w:shd w:val="clear" w:color="auto" w:fill="F2F2F2"/>
            <w:vAlign w:val="center"/>
          </w:tcPr>
          <w:p w14:paraId="0199037B" w14:textId="77777777" w:rsidR="00164EDA" w:rsidRDefault="00000000" w:rsidP="00F40985">
            <w:pPr>
              <w:spacing w:before="20" w:after="20" w:line="252" w:lineRule="auto"/>
              <w:jc w:val="both"/>
            </w:pPr>
            <w:r>
              <w:rPr>
                <w:rFonts w:ascii="Yu Gothic" w:eastAsia="Yu Gothic" w:hAnsi="Yu Gothic" w:cs="Yu Gothic"/>
                <w:b/>
                <w:sz w:val="19"/>
              </w:rPr>
              <w:t>研究代表者</w:t>
            </w:r>
          </w:p>
        </w:tc>
        <w:tc>
          <w:tcPr>
            <w:tcW w:w="3005" w:type="dxa"/>
          </w:tcPr>
          <w:p w14:paraId="66274020" w14:textId="77777777" w:rsidR="00164EDA" w:rsidRDefault="00164EDA">
            <w:pPr>
              <w:spacing w:before="20" w:after="20" w:line="252" w:lineRule="auto"/>
            </w:pPr>
          </w:p>
        </w:tc>
        <w:tc>
          <w:tcPr>
            <w:tcW w:w="1701" w:type="dxa"/>
            <w:shd w:val="clear" w:color="auto" w:fill="F2F2F2"/>
            <w:vAlign w:val="center"/>
          </w:tcPr>
          <w:p w14:paraId="0AD3FF8B" w14:textId="77777777" w:rsidR="00164EDA" w:rsidRDefault="00000000" w:rsidP="00F40985">
            <w:pPr>
              <w:spacing w:before="20" w:after="20" w:line="252" w:lineRule="auto"/>
              <w:jc w:val="both"/>
            </w:pPr>
            <w:r>
              <w:rPr>
                <w:rFonts w:ascii="Yu Gothic" w:eastAsia="Yu Gothic" w:hAnsi="Yu Gothic" w:cs="Yu Gothic"/>
                <w:b/>
                <w:sz w:val="19"/>
              </w:rPr>
              <w:t>所属・職名</w:t>
            </w:r>
          </w:p>
        </w:tc>
        <w:tc>
          <w:tcPr>
            <w:tcW w:w="3118" w:type="dxa"/>
          </w:tcPr>
          <w:p w14:paraId="01FF365D" w14:textId="77777777" w:rsidR="00164EDA" w:rsidRDefault="00164EDA">
            <w:pPr>
              <w:spacing w:before="20" w:after="20" w:line="252" w:lineRule="auto"/>
            </w:pPr>
          </w:p>
        </w:tc>
      </w:tr>
    </w:tbl>
    <w:p w14:paraId="307CFEC3" w14:textId="77777777" w:rsidR="00164EDA" w:rsidRDefault="00164EDA"/>
    <w:p w14:paraId="46465049" w14:textId="77777777" w:rsidR="00164EDA" w:rsidRDefault="00000000">
      <w:pPr>
        <w:spacing w:before="140" w:after="40"/>
        <w:rPr>
          <w:lang w:eastAsia="ja-JP"/>
        </w:rPr>
      </w:pPr>
      <w:r>
        <w:rPr>
          <w:rFonts w:ascii="Yu Gothic" w:eastAsia="Yu Gothic" w:hAnsi="Yu Gothic" w:cs="Yu Gothic"/>
          <w:b/>
          <w:lang w:eastAsia="ja-JP"/>
        </w:rPr>
        <w:t>◆ 研究メンバー（代表を含め10名以内）</w:t>
      </w:r>
    </w:p>
    <w:tbl>
      <w:tblPr>
        <w:tblStyle w:val="afe"/>
        <w:tblW w:w="9639" w:type="dxa"/>
        <w:jc w:val="center"/>
        <w:tblLayout w:type="fixed"/>
        <w:tblLook w:val="04A0" w:firstRow="1" w:lastRow="0" w:firstColumn="1" w:lastColumn="0" w:noHBand="0" w:noVBand="1"/>
      </w:tblPr>
      <w:tblGrid>
        <w:gridCol w:w="908"/>
        <w:gridCol w:w="3061"/>
        <w:gridCol w:w="1928"/>
        <w:gridCol w:w="3742"/>
      </w:tblGrid>
      <w:tr w:rsidR="00164EDA" w14:paraId="5D2290A5" w14:textId="77777777">
        <w:trPr>
          <w:jc w:val="center"/>
        </w:trPr>
        <w:tc>
          <w:tcPr>
            <w:tcW w:w="907" w:type="dxa"/>
            <w:shd w:val="clear" w:color="auto" w:fill="E8E8E8"/>
          </w:tcPr>
          <w:p w14:paraId="1282EB5F" w14:textId="77777777" w:rsidR="00164EDA" w:rsidRDefault="00000000">
            <w:pPr>
              <w:spacing w:before="20" w:after="20" w:line="252" w:lineRule="auto"/>
              <w:jc w:val="center"/>
            </w:pPr>
            <w:r>
              <w:rPr>
                <w:rFonts w:ascii="Yu Gothic" w:eastAsia="Yu Gothic" w:hAnsi="Yu Gothic" w:cs="Yu Gothic"/>
                <w:b/>
                <w:sz w:val="18"/>
              </w:rPr>
              <w:t>区分</w:t>
            </w:r>
          </w:p>
        </w:tc>
        <w:tc>
          <w:tcPr>
            <w:tcW w:w="3061" w:type="dxa"/>
            <w:shd w:val="clear" w:color="auto" w:fill="E8E8E8"/>
          </w:tcPr>
          <w:p w14:paraId="438C4FBD" w14:textId="77777777" w:rsidR="00164EDA" w:rsidRDefault="00000000">
            <w:pPr>
              <w:spacing w:before="20" w:after="20" w:line="252" w:lineRule="auto"/>
              <w:jc w:val="center"/>
            </w:pPr>
            <w:r>
              <w:rPr>
                <w:rFonts w:ascii="Yu Gothic" w:eastAsia="Yu Gothic" w:hAnsi="Yu Gothic" w:cs="Yu Gothic"/>
                <w:b/>
                <w:sz w:val="18"/>
              </w:rPr>
              <w:t>所属・職名・氏名</w:t>
            </w:r>
          </w:p>
        </w:tc>
        <w:tc>
          <w:tcPr>
            <w:tcW w:w="1928" w:type="dxa"/>
            <w:shd w:val="clear" w:color="auto" w:fill="E8E8E8"/>
          </w:tcPr>
          <w:p w14:paraId="78DBD049" w14:textId="77777777" w:rsidR="00164EDA" w:rsidRDefault="00000000">
            <w:pPr>
              <w:spacing w:before="20" w:after="20" w:line="252" w:lineRule="auto"/>
              <w:jc w:val="center"/>
            </w:pPr>
            <w:r>
              <w:rPr>
                <w:rFonts w:ascii="Yu Gothic" w:eastAsia="Yu Gothic" w:hAnsi="Yu Gothic" w:cs="Yu Gothic"/>
                <w:b/>
                <w:sz w:val="18"/>
              </w:rPr>
              <w:t>所属区分</w:t>
            </w:r>
          </w:p>
        </w:tc>
        <w:tc>
          <w:tcPr>
            <w:tcW w:w="3742" w:type="dxa"/>
            <w:shd w:val="clear" w:color="auto" w:fill="E8E8E8"/>
          </w:tcPr>
          <w:p w14:paraId="23D27D6D" w14:textId="77777777" w:rsidR="00164EDA" w:rsidRDefault="00000000">
            <w:pPr>
              <w:spacing w:before="20" w:after="20" w:line="252" w:lineRule="auto"/>
              <w:jc w:val="center"/>
              <w:rPr>
                <w:lang w:eastAsia="ja-JP"/>
              </w:rPr>
            </w:pPr>
            <w:r>
              <w:rPr>
                <w:rFonts w:ascii="Yu Gothic" w:eastAsia="Yu Gothic" w:hAnsi="Yu Gothic" w:cs="Yu Gothic"/>
                <w:b/>
                <w:sz w:val="18"/>
                <w:lang w:eastAsia="ja-JP"/>
              </w:rPr>
              <w:t>研究における役割（分担内容）</w:t>
            </w:r>
          </w:p>
        </w:tc>
      </w:tr>
      <w:tr w:rsidR="00164EDA" w14:paraId="20EA266D" w14:textId="77777777">
        <w:trPr>
          <w:trHeight w:val="425"/>
          <w:jc w:val="center"/>
        </w:trPr>
        <w:tc>
          <w:tcPr>
            <w:tcW w:w="907" w:type="dxa"/>
          </w:tcPr>
          <w:p w14:paraId="1213DFD0" w14:textId="77777777" w:rsidR="00164EDA" w:rsidRDefault="00000000">
            <w:pPr>
              <w:spacing w:before="20" w:after="20" w:line="252" w:lineRule="auto"/>
              <w:jc w:val="center"/>
            </w:pPr>
            <w:r>
              <w:rPr>
                <w:sz w:val="18"/>
              </w:rPr>
              <w:t>代表</w:t>
            </w:r>
          </w:p>
        </w:tc>
        <w:tc>
          <w:tcPr>
            <w:tcW w:w="3061" w:type="dxa"/>
          </w:tcPr>
          <w:p w14:paraId="1F7DE82F" w14:textId="77777777" w:rsidR="00164EDA" w:rsidRDefault="00164EDA"/>
        </w:tc>
        <w:tc>
          <w:tcPr>
            <w:tcW w:w="1928" w:type="dxa"/>
          </w:tcPr>
          <w:p w14:paraId="3C4120B3" w14:textId="77777777" w:rsidR="00164EDA" w:rsidRDefault="00164EDA">
            <w:pPr>
              <w:spacing w:before="20" w:after="20" w:line="252" w:lineRule="auto"/>
            </w:pPr>
          </w:p>
        </w:tc>
        <w:tc>
          <w:tcPr>
            <w:tcW w:w="3742" w:type="dxa"/>
          </w:tcPr>
          <w:p w14:paraId="299053C3" w14:textId="77777777" w:rsidR="00164EDA" w:rsidRDefault="00164EDA"/>
        </w:tc>
      </w:tr>
      <w:tr w:rsidR="00164EDA" w14:paraId="0C29F824" w14:textId="77777777">
        <w:trPr>
          <w:trHeight w:val="425"/>
          <w:jc w:val="center"/>
        </w:trPr>
        <w:tc>
          <w:tcPr>
            <w:tcW w:w="907" w:type="dxa"/>
          </w:tcPr>
          <w:p w14:paraId="51D0DB1E" w14:textId="77777777" w:rsidR="00164EDA" w:rsidRDefault="00000000">
            <w:pPr>
              <w:spacing w:before="20" w:after="20" w:line="252" w:lineRule="auto"/>
              <w:jc w:val="center"/>
            </w:pPr>
            <w:r>
              <w:rPr>
                <w:sz w:val="18"/>
              </w:rPr>
              <w:t>分担</w:t>
            </w:r>
          </w:p>
        </w:tc>
        <w:tc>
          <w:tcPr>
            <w:tcW w:w="3061" w:type="dxa"/>
          </w:tcPr>
          <w:p w14:paraId="5472FE97" w14:textId="77777777" w:rsidR="00164EDA" w:rsidRDefault="00164EDA"/>
        </w:tc>
        <w:tc>
          <w:tcPr>
            <w:tcW w:w="1928" w:type="dxa"/>
          </w:tcPr>
          <w:p w14:paraId="5A9DC7E3" w14:textId="77777777" w:rsidR="00164EDA" w:rsidRDefault="00164EDA">
            <w:pPr>
              <w:spacing w:before="20" w:after="20" w:line="252" w:lineRule="auto"/>
            </w:pPr>
          </w:p>
        </w:tc>
        <w:tc>
          <w:tcPr>
            <w:tcW w:w="3742" w:type="dxa"/>
          </w:tcPr>
          <w:p w14:paraId="720A31EB" w14:textId="77777777" w:rsidR="00164EDA" w:rsidRDefault="00164EDA"/>
        </w:tc>
      </w:tr>
      <w:tr w:rsidR="00164EDA" w14:paraId="7ED999FE" w14:textId="77777777">
        <w:trPr>
          <w:trHeight w:val="425"/>
          <w:jc w:val="center"/>
        </w:trPr>
        <w:tc>
          <w:tcPr>
            <w:tcW w:w="907" w:type="dxa"/>
          </w:tcPr>
          <w:p w14:paraId="4121229E" w14:textId="77777777" w:rsidR="00164EDA" w:rsidRDefault="00000000">
            <w:pPr>
              <w:spacing w:before="20" w:after="20" w:line="252" w:lineRule="auto"/>
              <w:jc w:val="center"/>
            </w:pPr>
            <w:r>
              <w:rPr>
                <w:sz w:val="18"/>
              </w:rPr>
              <w:t>分担</w:t>
            </w:r>
          </w:p>
        </w:tc>
        <w:tc>
          <w:tcPr>
            <w:tcW w:w="3061" w:type="dxa"/>
          </w:tcPr>
          <w:p w14:paraId="2F39E150" w14:textId="77777777" w:rsidR="00164EDA" w:rsidRDefault="00164EDA"/>
        </w:tc>
        <w:tc>
          <w:tcPr>
            <w:tcW w:w="1928" w:type="dxa"/>
          </w:tcPr>
          <w:p w14:paraId="5A8592B4" w14:textId="77777777" w:rsidR="00164EDA" w:rsidRDefault="00164EDA">
            <w:pPr>
              <w:spacing w:before="20" w:after="20" w:line="252" w:lineRule="auto"/>
            </w:pPr>
          </w:p>
        </w:tc>
        <w:tc>
          <w:tcPr>
            <w:tcW w:w="3742" w:type="dxa"/>
          </w:tcPr>
          <w:p w14:paraId="5159D8A9" w14:textId="77777777" w:rsidR="00164EDA" w:rsidRDefault="00164EDA"/>
        </w:tc>
      </w:tr>
      <w:tr w:rsidR="00164EDA" w14:paraId="2F58136C" w14:textId="77777777">
        <w:trPr>
          <w:trHeight w:val="425"/>
          <w:jc w:val="center"/>
        </w:trPr>
        <w:tc>
          <w:tcPr>
            <w:tcW w:w="907" w:type="dxa"/>
          </w:tcPr>
          <w:p w14:paraId="7CF593DD" w14:textId="77777777" w:rsidR="00164EDA" w:rsidRDefault="00000000">
            <w:pPr>
              <w:spacing w:before="20" w:after="20" w:line="252" w:lineRule="auto"/>
              <w:jc w:val="center"/>
            </w:pPr>
            <w:r>
              <w:rPr>
                <w:sz w:val="18"/>
              </w:rPr>
              <w:t>分担</w:t>
            </w:r>
          </w:p>
        </w:tc>
        <w:tc>
          <w:tcPr>
            <w:tcW w:w="3061" w:type="dxa"/>
          </w:tcPr>
          <w:p w14:paraId="74368962" w14:textId="77777777" w:rsidR="00164EDA" w:rsidRDefault="00164EDA"/>
        </w:tc>
        <w:tc>
          <w:tcPr>
            <w:tcW w:w="1928" w:type="dxa"/>
          </w:tcPr>
          <w:p w14:paraId="6B41576E" w14:textId="77777777" w:rsidR="00164EDA" w:rsidRDefault="00164EDA">
            <w:pPr>
              <w:spacing w:before="20" w:after="20" w:line="252" w:lineRule="auto"/>
            </w:pPr>
          </w:p>
        </w:tc>
        <w:tc>
          <w:tcPr>
            <w:tcW w:w="3742" w:type="dxa"/>
          </w:tcPr>
          <w:p w14:paraId="44C40747" w14:textId="77777777" w:rsidR="00164EDA" w:rsidRDefault="00164EDA"/>
        </w:tc>
      </w:tr>
      <w:tr w:rsidR="00164EDA" w14:paraId="11D48D83" w14:textId="77777777">
        <w:trPr>
          <w:trHeight w:val="425"/>
          <w:jc w:val="center"/>
        </w:trPr>
        <w:tc>
          <w:tcPr>
            <w:tcW w:w="907" w:type="dxa"/>
          </w:tcPr>
          <w:p w14:paraId="60EDEDE6" w14:textId="77777777" w:rsidR="00164EDA" w:rsidRDefault="00000000">
            <w:pPr>
              <w:spacing w:before="20" w:after="20" w:line="252" w:lineRule="auto"/>
              <w:jc w:val="center"/>
            </w:pPr>
            <w:r>
              <w:rPr>
                <w:sz w:val="18"/>
              </w:rPr>
              <w:t>分担</w:t>
            </w:r>
          </w:p>
        </w:tc>
        <w:tc>
          <w:tcPr>
            <w:tcW w:w="3061" w:type="dxa"/>
          </w:tcPr>
          <w:p w14:paraId="22CC7E54" w14:textId="77777777" w:rsidR="00164EDA" w:rsidRDefault="00164EDA"/>
        </w:tc>
        <w:tc>
          <w:tcPr>
            <w:tcW w:w="1928" w:type="dxa"/>
          </w:tcPr>
          <w:p w14:paraId="1A1713F7" w14:textId="77777777" w:rsidR="00164EDA" w:rsidRDefault="00164EDA">
            <w:pPr>
              <w:spacing w:before="20" w:after="20" w:line="252" w:lineRule="auto"/>
            </w:pPr>
          </w:p>
        </w:tc>
        <w:tc>
          <w:tcPr>
            <w:tcW w:w="3742" w:type="dxa"/>
          </w:tcPr>
          <w:p w14:paraId="0265AE18" w14:textId="77777777" w:rsidR="00164EDA" w:rsidRDefault="00164EDA"/>
        </w:tc>
      </w:tr>
      <w:tr w:rsidR="00164EDA" w14:paraId="4786DA6A" w14:textId="77777777">
        <w:trPr>
          <w:trHeight w:val="425"/>
          <w:jc w:val="center"/>
        </w:trPr>
        <w:tc>
          <w:tcPr>
            <w:tcW w:w="907" w:type="dxa"/>
          </w:tcPr>
          <w:p w14:paraId="22459650" w14:textId="77777777" w:rsidR="00164EDA" w:rsidRDefault="00000000">
            <w:pPr>
              <w:spacing w:before="20" w:after="20" w:line="252" w:lineRule="auto"/>
              <w:jc w:val="center"/>
            </w:pPr>
            <w:r>
              <w:rPr>
                <w:sz w:val="18"/>
              </w:rPr>
              <w:t>分担</w:t>
            </w:r>
          </w:p>
        </w:tc>
        <w:tc>
          <w:tcPr>
            <w:tcW w:w="3061" w:type="dxa"/>
          </w:tcPr>
          <w:p w14:paraId="62A43C9F" w14:textId="77777777" w:rsidR="00164EDA" w:rsidRDefault="00164EDA"/>
        </w:tc>
        <w:tc>
          <w:tcPr>
            <w:tcW w:w="1928" w:type="dxa"/>
          </w:tcPr>
          <w:p w14:paraId="51B69D7E" w14:textId="77777777" w:rsidR="00164EDA" w:rsidRDefault="00164EDA">
            <w:pPr>
              <w:spacing w:before="20" w:after="20" w:line="252" w:lineRule="auto"/>
            </w:pPr>
          </w:p>
        </w:tc>
        <w:tc>
          <w:tcPr>
            <w:tcW w:w="3742" w:type="dxa"/>
          </w:tcPr>
          <w:p w14:paraId="65C4BCAB" w14:textId="77777777" w:rsidR="00164EDA" w:rsidRDefault="00164EDA"/>
        </w:tc>
      </w:tr>
      <w:tr w:rsidR="00164EDA" w14:paraId="46C33B34" w14:textId="77777777">
        <w:trPr>
          <w:trHeight w:val="425"/>
          <w:jc w:val="center"/>
        </w:trPr>
        <w:tc>
          <w:tcPr>
            <w:tcW w:w="907" w:type="dxa"/>
          </w:tcPr>
          <w:p w14:paraId="1B75FCBC" w14:textId="77777777" w:rsidR="00164EDA" w:rsidRDefault="00000000">
            <w:pPr>
              <w:spacing w:before="20" w:after="20" w:line="252" w:lineRule="auto"/>
              <w:jc w:val="center"/>
            </w:pPr>
            <w:r>
              <w:rPr>
                <w:sz w:val="18"/>
              </w:rPr>
              <w:t>分担</w:t>
            </w:r>
          </w:p>
        </w:tc>
        <w:tc>
          <w:tcPr>
            <w:tcW w:w="3061" w:type="dxa"/>
          </w:tcPr>
          <w:p w14:paraId="186D852D" w14:textId="77777777" w:rsidR="00164EDA" w:rsidRDefault="00164EDA"/>
        </w:tc>
        <w:tc>
          <w:tcPr>
            <w:tcW w:w="1928" w:type="dxa"/>
          </w:tcPr>
          <w:p w14:paraId="3C9AD0C3" w14:textId="77777777" w:rsidR="00164EDA" w:rsidRDefault="00164EDA">
            <w:pPr>
              <w:spacing w:before="20" w:after="20" w:line="252" w:lineRule="auto"/>
            </w:pPr>
          </w:p>
        </w:tc>
        <w:tc>
          <w:tcPr>
            <w:tcW w:w="3742" w:type="dxa"/>
          </w:tcPr>
          <w:p w14:paraId="1A479246" w14:textId="77777777" w:rsidR="00164EDA" w:rsidRDefault="00164EDA"/>
        </w:tc>
      </w:tr>
      <w:tr w:rsidR="00164EDA" w14:paraId="52A4E969" w14:textId="77777777">
        <w:trPr>
          <w:trHeight w:val="425"/>
          <w:jc w:val="center"/>
        </w:trPr>
        <w:tc>
          <w:tcPr>
            <w:tcW w:w="907" w:type="dxa"/>
          </w:tcPr>
          <w:p w14:paraId="4AC3276F" w14:textId="77777777" w:rsidR="00164EDA" w:rsidRDefault="00000000">
            <w:pPr>
              <w:spacing w:before="20" w:after="20" w:line="252" w:lineRule="auto"/>
              <w:jc w:val="center"/>
            </w:pPr>
            <w:r>
              <w:rPr>
                <w:sz w:val="18"/>
              </w:rPr>
              <w:t>分担</w:t>
            </w:r>
          </w:p>
        </w:tc>
        <w:tc>
          <w:tcPr>
            <w:tcW w:w="3061" w:type="dxa"/>
          </w:tcPr>
          <w:p w14:paraId="3BCCBC98" w14:textId="77777777" w:rsidR="00164EDA" w:rsidRDefault="00164EDA"/>
        </w:tc>
        <w:tc>
          <w:tcPr>
            <w:tcW w:w="1928" w:type="dxa"/>
          </w:tcPr>
          <w:p w14:paraId="386BE2F1" w14:textId="77777777" w:rsidR="00164EDA" w:rsidRDefault="00164EDA">
            <w:pPr>
              <w:spacing w:before="20" w:after="20" w:line="252" w:lineRule="auto"/>
            </w:pPr>
          </w:p>
        </w:tc>
        <w:tc>
          <w:tcPr>
            <w:tcW w:w="3742" w:type="dxa"/>
          </w:tcPr>
          <w:p w14:paraId="1DEE1B95" w14:textId="77777777" w:rsidR="00164EDA" w:rsidRDefault="00164EDA"/>
        </w:tc>
      </w:tr>
    </w:tbl>
    <w:p w14:paraId="1B9B4986" w14:textId="5D49D27C" w:rsidR="00164EDA" w:rsidRDefault="00000000">
      <w:pPr>
        <w:spacing w:after="120"/>
        <w:rPr>
          <w:lang w:eastAsia="ja-JP"/>
        </w:rPr>
      </w:pPr>
      <w:r>
        <w:rPr>
          <w:sz w:val="17"/>
          <w:lang w:eastAsia="ja-JP"/>
        </w:rPr>
        <w:t>※「所属区分」欄には、本学（学部・研究科・センター名）／学外（機関名）の別を記入してください。</w:t>
      </w:r>
    </w:p>
    <w:tbl>
      <w:tblPr>
        <w:tblStyle w:val="afe"/>
        <w:tblW w:w="9639" w:type="dxa"/>
        <w:jc w:val="center"/>
        <w:tblLayout w:type="fixed"/>
        <w:tblLook w:val="04A0" w:firstRow="1" w:lastRow="0" w:firstColumn="1" w:lastColumn="0" w:noHBand="0" w:noVBand="1"/>
      </w:tblPr>
      <w:tblGrid>
        <w:gridCol w:w="9639"/>
      </w:tblGrid>
      <w:tr w:rsidR="00164EDA" w14:paraId="13D309DD" w14:textId="77777777">
        <w:trPr>
          <w:jc w:val="center"/>
        </w:trPr>
        <w:tc>
          <w:tcPr>
            <w:tcW w:w="9638" w:type="dxa"/>
            <w:shd w:val="clear" w:color="auto" w:fill="E8E8E8"/>
          </w:tcPr>
          <w:p w14:paraId="2F604E21" w14:textId="77777777" w:rsidR="00164EDA" w:rsidRDefault="00000000">
            <w:pPr>
              <w:spacing w:before="20" w:after="20" w:line="252" w:lineRule="auto"/>
              <w:rPr>
                <w:lang w:eastAsia="ja-JP"/>
              </w:rPr>
            </w:pPr>
            <w:r>
              <w:rPr>
                <w:rFonts w:ascii="Yu Gothic" w:eastAsia="Yu Gothic" w:hAnsi="Yu Gothic" w:cs="Yu Gothic"/>
                <w:b/>
                <w:lang w:eastAsia="ja-JP"/>
              </w:rPr>
              <w:t>Ⅰ－１　研究の背景と目的　【800字程度】</w:t>
            </w:r>
          </w:p>
          <w:p w14:paraId="1CA22786" w14:textId="77777777" w:rsidR="00164EDA" w:rsidRDefault="00000000">
            <w:pPr>
              <w:spacing w:before="20" w:after="20" w:line="252" w:lineRule="auto"/>
              <w:rPr>
                <w:lang w:eastAsia="ja-JP"/>
              </w:rPr>
            </w:pPr>
            <w:r>
              <w:rPr>
                <w:sz w:val="17"/>
                <w:lang w:eastAsia="ja-JP"/>
              </w:rPr>
              <w:t>この研究で何を明らかにしようとするのか、なぜそれが重要なのかを記述してください。</w:t>
            </w:r>
          </w:p>
        </w:tc>
      </w:tr>
      <w:tr w:rsidR="00164EDA" w14:paraId="5C295426" w14:textId="77777777" w:rsidTr="00D27473">
        <w:trPr>
          <w:trHeight w:val="5558"/>
          <w:jc w:val="center"/>
        </w:trPr>
        <w:tc>
          <w:tcPr>
            <w:tcW w:w="9638" w:type="dxa"/>
          </w:tcPr>
          <w:p w14:paraId="222E1005" w14:textId="77777777" w:rsidR="00164EDA" w:rsidRDefault="00164EDA">
            <w:pPr>
              <w:spacing w:before="20" w:after="20" w:line="252" w:lineRule="auto"/>
              <w:rPr>
                <w:lang w:eastAsia="ja-JP"/>
              </w:rPr>
            </w:pPr>
          </w:p>
        </w:tc>
      </w:tr>
    </w:tbl>
    <w:p w14:paraId="5F10F861" w14:textId="77777777" w:rsidR="00F40985" w:rsidRDefault="00F40985">
      <w:pPr>
        <w:rPr>
          <w:lang w:eastAsia="ja-JP"/>
        </w:rPr>
      </w:pPr>
    </w:p>
    <w:tbl>
      <w:tblPr>
        <w:tblStyle w:val="afe"/>
        <w:tblW w:w="9639" w:type="dxa"/>
        <w:jc w:val="center"/>
        <w:tblLayout w:type="fixed"/>
        <w:tblLook w:val="04A0" w:firstRow="1" w:lastRow="0" w:firstColumn="1" w:lastColumn="0" w:noHBand="0" w:noVBand="1"/>
      </w:tblPr>
      <w:tblGrid>
        <w:gridCol w:w="9639"/>
      </w:tblGrid>
      <w:tr w:rsidR="00164EDA" w14:paraId="6254B5F3" w14:textId="77777777">
        <w:trPr>
          <w:jc w:val="center"/>
        </w:trPr>
        <w:tc>
          <w:tcPr>
            <w:tcW w:w="9638" w:type="dxa"/>
            <w:shd w:val="clear" w:color="auto" w:fill="E8E8E8"/>
          </w:tcPr>
          <w:p w14:paraId="40C0D329" w14:textId="77777777" w:rsidR="00164EDA" w:rsidRDefault="00000000">
            <w:pPr>
              <w:spacing w:before="20" w:after="20" w:line="252" w:lineRule="auto"/>
              <w:rPr>
                <w:lang w:eastAsia="ja-JP"/>
              </w:rPr>
            </w:pPr>
            <w:r>
              <w:rPr>
                <w:rFonts w:ascii="Yu Gothic" w:eastAsia="Yu Gothic" w:hAnsi="Yu Gothic" w:cs="Yu Gothic"/>
                <w:b/>
                <w:lang w:eastAsia="ja-JP"/>
              </w:rPr>
              <w:lastRenderedPageBreak/>
              <w:t>Ⅰ－２　先行研究の状況と本研究との差分　【800字程度】</w:t>
            </w:r>
          </w:p>
          <w:p w14:paraId="4071A1B0" w14:textId="77777777" w:rsidR="00164EDA" w:rsidRDefault="00000000">
            <w:pPr>
              <w:spacing w:before="20" w:after="20" w:line="252" w:lineRule="auto"/>
              <w:rPr>
                <w:lang w:eastAsia="ja-JP"/>
              </w:rPr>
            </w:pPr>
            <w:r>
              <w:rPr>
                <w:sz w:val="17"/>
                <w:lang w:eastAsia="ja-JP"/>
              </w:rPr>
              <w:t>この研究テーマについて、国内外の研究者が現在どこまで明らかにしているかを述べたうえで、本研究がそれらと何が異なり、何を新たに付け加えるのかを記述してください。主要な先行研究を3件以上、著者・題目・発表先（学術誌名・学会名・書名等）・発表年がわかる形で挙げてください。</w:t>
            </w:r>
          </w:p>
        </w:tc>
      </w:tr>
      <w:tr w:rsidR="00164EDA" w14:paraId="19BB6D53" w14:textId="77777777">
        <w:trPr>
          <w:trHeight w:val="5386"/>
          <w:jc w:val="center"/>
        </w:trPr>
        <w:tc>
          <w:tcPr>
            <w:tcW w:w="9638" w:type="dxa"/>
          </w:tcPr>
          <w:p w14:paraId="66D52363" w14:textId="77777777" w:rsidR="00164EDA" w:rsidRDefault="00164EDA">
            <w:pPr>
              <w:spacing w:before="20" w:after="20" w:line="252" w:lineRule="auto"/>
              <w:rPr>
                <w:lang w:eastAsia="ja-JP"/>
              </w:rPr>
            </w:pPr>
          </w:p>
        </w:tc>
      </w:tr>
    </w:tbl>
    <w:p w14:paraId="187E571B" w14:textId="2915887E" w:rsidR="00164EDA" w:rsidRDefault="00164EDA">
      <w:pPr>
        <w:rPr>
          <w:lang w:eastAsia="ja-JP"/>
        </w:rPr>
      </w:pPr>
    </w:p>
    <w:tbl>
      <w:tblPr>
        <w:tblStyle w:val="afe"/>
        <w:tblW w:w="9639" w:type="dxa"/>
        <w:jc w:val="center"/>
        <w:tblLayout w:type="fixed"/>
        <w:tblLook w:val="04A0" w:firstRow="1" w:lastRow="0" w:firstColumn="1" w:lastColumn="0" w:noHBand="0" w:noVBand="1"/>
      </w:tblPr>
      <w:tblGrid>
        <w:gridCol w:w="9639"/>
      </w:tblGrid>
      <w:tr w:rsidR="00164EDA" w14:paraId="181E2694" w14:textId="77777777">
        <w:trPr>
          <w:jc w:val="center"/>
        </w:trPr>
        <w:tc>
          <w:tcPr>
            <w:tcW w:w="9638" w:type="dxa"/>
            <w:shd w:val="clear" w:color="auto" w:fill="E8E8E8"/>
          </w:tcPr>
          <w:p w14:paraId="41E06F44" w14:textId="77777777" w:rsidR="00164EDA" w:rsidRDefault="00000000">
            <w:pPr>
              <w:spacing w:before="20" w:after="20" w:line="252" w:lineRule="auto"/>
              <w:rPr>
                <w:lang w:eastAsia="ja-JP"/>
              </w:rPr>
            </w:pPr>
            <w:r>
              <w:rPr>
                <w:rFonts w:ascii="Yu Gothic" w:eastAsia="Yu Gothic" w:hAnsi="Yu Gothic" w:cs="Yu Gothic"/>
                <w:b/>
                <w:lang w:eastAsia="ja-JP"/>
              </w:rPr>
              <w:t>Ⅰ－３　情報技術との関連性　【600字程度】</w:t>
            </w:r>
          </w:p>
          <w:p w14:paraId="5A194FFB" w14:textId="5E856E90" w:rsidR="00164EDA" w:rsidRDefault="00000000">
            <w:pPr>
              <w:spacing w:before="20" w:after="20" w:line="252" w:lineRule="auto"/>
              <w:rPr>
                <w:rFonts w:hint="eastAsia"/>
                <w:lang w:eastAsia="ja-JP"/>
              </w:rPr>
            </w:pPr>
            <w:r>
              <w:rPr>
                <w:sz w:val="17"/>
                <w:lang w:eastAsia="ja-JP"/>
              </w:rPr>
              <w:t>本研究で用いる、または開発する情報技術を具体的に記述してください（アルゴリズム、手法、システム、データ基盤等）。</w:t>
            </w:r>
          </w:p>
        </w:tc>
      </w:tr>
      <w:tr w:rsidR="00164EDA" w14:paraId="325CF29E" w14:textId="77777777" w:rsidTr="00176FC0">
        <w:trPr>
          <w:trHeight w:val="5617"/>
          <w:jc w:val="center"/>
        </w:trPr>
        <w:tc>
          <w:tcPr>
            <w:tcW w:w="9638" w:type="dxa"/>
          </w:tcPr>
          <w:p w14:paraId="57BABFCD" w14:textId="77777777" w:rsidR="00164EDA" w:rsidRPr="00FD2ACB" w:rsidRDefault="00164EDA">
            <w:pPr>
              <w:spacing w:before="20" w:after="20" w:line="252" w:lineRule="auto"/>
              <w:rPr>
                <w:lang w:eastAsia="ja-JP"/>
              </w:rPr>
            </w:pPr>
          </w:p>
        </w:tc>
      </w:tr>
    </w:tbl>
    <w:p w14:paraId="32D45464" w14:textId="77777777" w:rsidR="00164EDA" w:rsidRDefault="00164EDA">
      <w:pPr>
        <w:rPr>
          <w:lang w:eastAsia="ja-JP"/>
        </w:rPr>
      </w:pPr>
    </w:p>
    <w:tbl>
      <w:tblPr>
        <w:tblStyle w:val="afe"/>
        <w:tblW w:w="9639" w:type="dxa"/>
        <w:jc w:val="center"/>
        <w:tblLayout w:type="fixed"/>
        <w:tblLook w:val="04A0" w:firstRow="1" w:lastRow="0" w:firstColumn="1" w:lastColumn="0" w:noHBand="0" w:noVBand="1"/>
      </w:tblPr>
      <w:tblGrid>
        <w:gridCol w:w="9639"/>
      </w:tblGrid>
      <w:tr w:rsidR="00164EDA" w14:paraId="084D7BBB" w14:textId="77777777">
        <w:trPr>
          <w:jc w:val="center"/>
        </w:trPr>
        <w:tc>
          <w:tcPr>
            <w:tcW w:w="9638" w:type="dxa"/>
            <w:shd w:val="clear" w:color="auto" w:fill="E8E8E8"/>
          </w:tcPr>
          <w:p w14:paraId="16B654A0" w14:textId="77777777" w:rsidR="00164EDA" w:rsidRDefault="00000000">
            <w:pPr>
              <w:spacing w:before="20" w:after="20" w:line="252" w:lineRule="auto"/>
              <w:rPr>
                <w:lang w:eastAsia="ja-JP"/>
              </w:rPr>
            </w:pPr>
            <w:r>
              <w:rPr>
                <w:rFonts w:ascii="Yu Gothic" w:eastAsia="Yu Gothic" w:hAnsi="Yu Gothic" w:cs="Yu Gothic"/>
                <w:b/>
                <w:lang w:eastAsia="ja-JP"/>
              </w:rPr>
              <w:lastRenderedPageBreak/>
              <w:t>Ⅰ－４　当該研究分野における通常の研究との差異　【400字程度】</w:t>
            </w:r>
          </w:p>
          <w:p w14:paraId="6BD93EDC" w14:textId="77777777" w:rsidR="00164EDA" w:rsidRDefault="00000000">
            <w:pPr>
              <w:spacing w:before="20" w:after="20" w:line="252" w:lineRule="auto"/>
              <w:rPr>
                <w:lang w:eastAsia="ja-JP"/>
              </w:rPr>
            </w:pPr>
            <w:r>
              <w:rPr>
                <w:sz w:val="17"/>
                <w:lang w:eastAsia="ja-JP"/>
              </w:rPr>
              <w:t>本研究が、当該分野で標準的に行われている研究とどの点で異なるのかを記述してください。申請の性格に応じ、次の(ア)(イ)のいずれかに沿って記述してください。</w:t>
            </w:r>
          </w:p>
          <w:p w14:paraId="557C6C63" w14:textId="77777777" w:rsidR="00164EDA" w:rsidRDefault="00000000">
            <w:pPr>
              <w:spacing w:before="20" w:after="20" w:line="252" w:lineRule="auto"/>
              <w:rPr>
                <w:lang w:eastAsia="ja-JP"/>
              </w:rPr>
            </w:pPr>
            <w:r>
              <w:rPr>
                <w:sz w:val="17"/>
                <w:lang w:eastAsia="ja-JP"/>
              </w:rPr>
              <w:t>(ア) 情報学以外の分野を主たる専門とする申請の場合　ご自身の研究分野で標準的に行われている研究方法と比べて、情報技術を用いることによって何が新たに可能になるのか、どのような知見が得られるのかを記述してください。※ 当該分野で既に標準的に用いられている計算機利用（一般的な統計ソフトウェアによる分析等）にとどまる場合は、本プロジェクトの対象となりません。</w:t>
            </w:r>
          </w:p>
          <w:p w14:paraId="2156E98F" w14:textId="4B7E4E81" w:rsidR="00164EDA" w:rsidRDefault="00000000">
            <w:pPr>
              <w:spacing w:before="20" w:after="20" w:line="252" w:lineRule="auto"/>
              <w:rPr>
                <w:lang w:eastAsia="ja-JP"/>
              </w:rPr>
            </w:pPr>
            <w:r>
              <w:rPr>
                <w:sz w:val="17"/>
                <w:lang w:eastAsia="ja-JP"/>
              </w:rPr>
              <w:t>(イ) 情報学（コンピューター科学・データ科学・情報技術等）を主たる専門とする申請の場合　対象とする技術・手法について現在標準的とされている水準（既存のアルゴリズム・手法・システム・データセット・ベンチマーク等）を示したうえで、本研究がそこに何を新たに加えるのか（手法の改良・拡張、新たな問題設定、既存手法の限界とその克服等）を記述してください。※ 既存の手法・ツールをそのまま適用するにとどまる場合は、本プロジェクトの対象となりません。</w:t>
            </w:r>
          </w:p>
        </w:tc>
      </w:tr>
      <w:tr w:rsidR="00164EDA" w14:paraId="01DFD75F" w14:textId="77777777">
        <w:trPr>
          <w:trHeight w:val="3685"/>
          <w:jc w:val="center"/>
        </w:trPr>
        <w:tc>
          <w:tcPr>
            <w:tcW w:w="9638" w:type="dxa"/>
          </w:tcPr>
          <w:p w14:paraId="1F906783" w14:textId="77777777" w:rsidR="00164EDA" w:rsidRDefault="00164EDA">
            <w:pPr>
              <w:spacing w:before="20" w:after="20" w:line="252" w:lineRule="auto"/>
              <w:rPr>
                <w:lang w:eastAsia="ja-JP"/>
              </w:rPr>
            </w:pPr>
          </w:p>
        </w:tc>
      </w:tr>
    </w:tbl>
    <w:p w14:paraId="035615A2" w14:textId="77777777" w:rsidR="00164EDA" w:rsidRDefault="00164EDA">
      <w:pPr>
        <w:rPr>
          <w:lang w:eastAsia="ja-JP"/>
        </w:rPr>
      </w:pPr>
    </w:p>
    <w:tbl>
      <w:tblPr>
        <w:tblStyle w:val="afe"/>
        <w:tblW w:w="9639" w:type="dxa"/>
        <w:jc w:val="center"/>
        <w:tblLayout w:type="fixed"/>
        <w:tblLook w:val="04A0" w:firstRow="1" w:lastRow="0" w:firstColumn="1" w:lastColumn="0" w:noHBand="0" w:noVBand="1"/>
      </w:tblPr>
      <w:tblGrid>
        <w:gridCol w:w="9639"/>
      </w:tblGrid>
      <w:tr w:rsidR="00164EDA" w14:paraId="61BEE1A4" w14:textId="77777777">
        <w:trPr>
          <w:jc w:val="center"/>
        </w:trPr>
        <w:tc>
          <w:tcPr>
            <w:tcW w:w="9638" w:type="dxa"/>
            <w:shd w:val="clear" w:color="auto" w:fill="E8E8E8"/>
          </w:tcPr>
          <w:p w14:paraId="18888B39" w14:textId="77777777" w:rsidR="00164EDA" w:rsidRDefault="00000000">
            <w:pPr>
              <w:spacing w:before="20" w:after="20" w:line="252" w:lineRule="auto"/>
              <w:rPr>
                <w:lang w:eastAsia="ja-JP"/>
              </w:rPr>
            </w:pPr>
            <w:r>
              <w:rPr>
                <w:rFonts w:ascii="Yu Gothic" w:eastAsia="Yu Gothic" w:hAnsi="Yu Gothic" w:cs="Yu Gothic"/>
                <w:b/>
                <w:lang w:eastAsia="ja-JP"/>
              </w:rPr>
              <w:t>Ⅰ－５　研究の内容・方法・実施体制　【1,000字程度】</w:t>
            </w:r>
          </w:p>
          <w:p w14:paraId="4951C9FE" w14:textId="77777777" w:rsidR="00164EDA" w:rsidRDefault="00000000">
            <w:pPr>
              <w:spacing w:before="20" w:after="20" w:line="252" w:lineRule="auto"/>
              <w:rPr>
                <w:lang w:eastAsia="ja-JP"/>
              </w:rPr>
            </w:pPr>
            <w:r>
              <w:rPr>
                <w:sz w:val="17"/>
                <w:lang w:eastAsia="ja-JP"/>
              </w:rPr>
              <w:t>研究の具体的な内容と方法、および実施体制を記述してください。各研究メンバーが具体的に何を担当するのかを明記してください。</w:t>
            </w:r>
          </w:p>
        </w:tc>
      </w:tr>
      <w:tr w:rsidR="00164EDA" w14:paraId="14F821D5" w14:textId="77777777">
        <w:trPr>
          <w:trHeight w:val="5669"/>
          <w:jc w:val="center"/>
        </w:trPr>
        <w:tc>
          <w:tcPr>
            <w:tcW w:w="9638" w:type="dxa"/>
          </w:tcPr>
          <w:p w14:paraId="72E34C6F" w14:textId="77777777" w:rsidR="00164EDA" w:rsidRDefault="00164EDA">
            <w:pPr>
              <w:spacing w:before="20" w:after="20" w:line="252" w:lineRule="auto"/>
              <w:rPr>
                <w:lang w:eastAsia="ja-JP"/>
              </w:rPr>
            </w:pPr>
          </w:p>
        </w:tc>
      </w:tr>
    </w:tbl>
    <w:p w14:paraId="1DF8EE94" w14:textId="77777777" w:rsidR="00164EDA" w:rsidRDefault="00000000">
      <w:pPr>
        <w:spacing w:before="140" w:after="40"/>
        <w:rPr>
          <w:lang w:eastAsia="ja-JP"/>
        </w:rPr>
      </w:pPr>
      <w:r>
        <w:rPr>
          <w:rFonts w:ascii="Yu Gothic" w:eastAsia="Yu Gothic" w:hAnsi="Yu Gothic" w:cs="Yu Gothic"/>
          <w:b/>
          <w:lang w:eastAsia="ja-JP"/>
        </w:rPr>
        <w:lastRenderedPageBreak/>
        <w:t>Ⅰ－６　年間スケジュール</w:t>
      </w:r>
    </w:p>
    <w:p w14:paraId="71E57596" w14:textId="77777777" w:rsidR="00164EDA" w:rsidRDefault="00000000">
      <w:pPr>
        <w:rPr>
          <w:lang w:eastAsia="ja-JP"/>
        </w:rPr>
      </w:pPr>
      <w:r>
        <w:rPr>
          <w:sz w:val="17"/>
          <w:lang w:eastAsia="ja-JP"/>
        </w:rPr>
        <w:t>主な実施事項を四半期ごとに記入してください。支出の時期がわかる場合は併記してください。</w:t>
      </w:r>
    </w:p>
    <w:tbl>
      <w:tblPr>
        <w:tblStyle w:val="afe"/>
        <w:tblW w:w="9639" w:type="dxa"/>
        <w:jc w:val="center"/>
        <w:tblLayout w:type="fixed"/>
        <w:tblLook w:val="04A0" w:firstRow="1" w:lastRow="0" w:firstColumn="1" w:lastColumn="0" w:noHBand="0" w:noVBand="1"/>
      </w:tblPr>
      <w:tblGrid>
        <w:gridCol w:w="2268"/>
        <w:gridCol w:w="7371"/>
      </w:tblGrid>
      <w:tr w:rsidR="00164EDA" w14:paraId="43A821CD" w14:textId="77777777">
        <w:trPr>
          <w:jc w:val="center"/>
        </w:trPr>
        <w:tc>
          <w:tcPr>
            <w:tcW w:w="2268" w:type="dxa"/>
            <w:shd w:val="clear" w:color="auto" w:fill="E8E8E8"/>
          </w:tcPr>
          <w:p w14:paraId="0ADCE2D2" w14:textId="77777777" w:rsidR="00164EDA" w:rsidRDefault="00000000">
            <w:pPr>
              <w:spacing w:before="20" w:after="20" w:line="252" w:lineRule="auto"/>
              <w:jc w:val="center"/>
            </w:pPr>
            <w:r>
              <w:rPr>
                <w:rFonts w:ascii="Yu Gothic" w:eastAsia="Yu Gothic" w:hAnsi="Yu Gothic" w:cs="Yu Gothic"/>
                <w:b/>
                <w:sz w:val="18"/>
              </w:rPr>
              <w:t>時　期</w:t>
            </w:r>
          </w:p>
        </w:tc>
        <w:tc>
          <w:tcPr>
            <w:tcW w:w="7370" w:type="dxa"/>
            <w:shd w:val="clear" w:color="auto" w:fill="E8E8E8"/>
          </w:tcPr>
          <w:p w14:paraId="56F65859" w14:textId="77777777" w:rsidR="00164EDA" w:rsidRDefault="00000000">
            <w:pPr>
              <w:spacing w:before="20" w:after="20" w:line="252" w:lineRule="auto"/>
              <w:jc w:val="center"/>
            </w:pPr>
            <w:r>
              <w:rPr>
                <w:rFonts w:ascii="Yu Gothic" w:eastAsia="Yu Gothic" w:hAnsi="Yu Gothic" w:cs="Yu Gothic"/>
                <w:b/>
                <w:sz w:val="18"/>
              </w:rPr>
              <w:t>実 施 事 項</w:t>
            </w:r>
          </w:p>
        </w:tc>
      </w:tr>
      <w:tr w:rsidR="00164EDA" w14:paraId="1BC5C33A" w14:textId="77777777">
        <w:trPr>
          <w:trHeight w:val="850"/>
          <w:jc w:val="center"/>
        </w:trPr>
        <w:tc>
          <w:tcPr>
            <w:tcW w:w="2268" w:type="dxa"/>
          </w:tcPr>
          <w:p w14:paraId="24259CA7" w14:textId="77777777" w:rsidR="00164EDA" w:rsidRDefault="00000000">
            <w:pPr>
              <w:spacing w:before="20" w:after="20" w:line="252" w:lineRule="auto"/>
              <w:jc w:val="center"/>
            </w:pPr>
            <w:r>
              <w:rPr>
                <w:sz w:val="18"/>
              </w:rPr>
              <w:t>2027年 4月〜6月</w:t>
            </w:r>
          </w:p>
        </w:tc>
        <w:tc>
          <w:tcPr>
            <w:tcW w:w="7370" w:type="dxa"/>
          </w:tcPr>
          <w:p w14:paraId="51F76AB7" w14:textId="77777777" w:rsidR="00164EDA" w:rsidRDefault="00164EDA">
            <w:pPr>
              <w:spacing w:before="20" w:after="20" w:line="252" w:lineRule="auto"/>
            </w:pPr>
          </w:p>
        </w:tc>
      </w:tr>
      <w:tr w:rsidR="00164EDA" w14:paraId="78DAE769" w14:textId="77777777">
        <w:trPr>
          <w:trHeight w:val="850"/>
          <w:jc w:val="center"/>
        </w:trPr>
        <w:tc>
          <w:tcPr>
            <w:tcW w:w="2268" w:type="dxa"/>
          </w:tcPr>
          <w:p w14:paraId="0CDF4C42" w14:textId="77777777" w:rsidR="00164EDA" w:rsidRDefault="00000000">
            <w:pPr>
              <w:spacing w:before="20" w:after="20" w:line="252" w:lineRule="auto"/>
              <w:jc w:val="center"/>
            </w:pPr>
            <w:r>
              <w:rPr>
                <w:sz w:val="18"/>
              </w:rPr>
              <w:t>2027年 7月〜9月</w:t>
            </w:r>
          </w:p>
        </w:tc>
        <w:tc>
          <w:tcPr>
            <w:tcW w:w="7370" w:type="dxa"/>
          </w:tcPr>
          <w:p w14:paraId="6D7D3EB0" w14:textId="77777777" w:rsidR="00164EDA" w:rsidRDefault="00164EDA">
            <w:pPr>
              <w:spacing w:before="20" w:after="20" w:line="252" w:lineRule="auto"/>
            </w:pPr>
          </w:p>
        </w:tc>
      </w:tr>
      <w:tr w:rsidR="00164EDA" w14:paraId="4E000D9F" w14:textId="77777777">
        <w:trPr>
          <w:trHeight w:val="850"/>
          <w:jc w:val="center"/>
        </w:trPr>
        <w:tc>
          <w:tcPr>
            <w:tcW w:w="2268" w:type="dxa"/>
          </w:tcPr>
          <w:p w14:paraId="00ECA28E" w14:textId="77777777" w:rsidR="00164EDA" w:rsidRDefault="00000000">
            <w:pPr>
              <w:spacing w:before="20" w:after="20" w:line="252" w:lineRule="auto"/>
              <w:jc w:val="center"/>
            </w:pPr>
            <w:r>
              <w:rPr>
                <w:sz w:val="18"/>
              </w:rPr>
              <w:t>2027年10月〜12月</w:t>
            </w:r>
          </w:p>
        </w:tc>
        <w:tc>
          <w:tcPr>
            <w:tcW w:w="7370" w:type="dxa"/>
          </w:tcPr>
          <w:p w14:paraId="1124DB5C" w14:textId="77777777" w:rsidR="00164EDA" w:rsidRDefault="00164EDA">
            <w:pPr>
              <w:spacing w:before="20" w:after="20" w:line="252" w:lineRule="auto"/>
            </w:pPr>
          </w:p>
        </w:tc>
      </w:tr>
      <w:tr w:rsidR="00164EDA" w14:paraId="672049E8" w14:textId="77777777">
        <w:trPr>
          <w:trHeight w:val="850"/>
          <w:jc w:val="center"/>
        </w:trPr>
        <w:tc>
          <w:tcPr>
            <w:tcW w:w="2268" w:type="dxa"/>
          </w:tcPr>
          <w:p w14:paraId="731770C0" w14:textId="77777777" w:rsidR="00164EDA" w:rsidRDefault="00000000">
            <w:pPr>
              <w:spacing w:before="20" w:after="20" w:line="252" w:lineRule="auto"/>
              <w:jc w:val="center"/>
            </w:pPr>
            <w:r>
              <w:rPr>
                <w:sz w:val="18"/>
              </w:rPr>
              <w:t>2028年 1月〜3月</w:t>
            </w:r>
          </w:p>
        </w:tc>
        <w:tc>
          <w:tcPr>
            <w:tcW w:w="7370" w:type="dxa"/>
          </w:tcPr>
          <w:p w14:paraId="654D7221" w14:textId="77777777" w:rsidR="00164EDA" w:rsidRDefault="00164EDA">
            <w:pPr>
              <w:spacing w:before="20" w:after="20" w:line="252" w:lineRule="auto"/>
            </w:pPr>
          </w:p>
        </w:tc>
      </w:tr>
    </w:tbl>
    <w:p w14:paraId="5CC03507" w14:textId="77777777" w:rsidR="00164EDA" w:rsidRDefault="00164EDA"/>
    <w:tbl>
      <w:tblPr>
        <w:tblStyle w:val="afe"/>
        <w:tblW w:w="9639" w:type="dxa"/>
        <w:jc w:val="center"/>
        <w:tblLayout w:type="fixed"/>
        <w:tblLook w:val="04A0" w:firstRow="1" w:lastRow="0" w:firstColumn="1" w:lastColumn="0" w:noHBand="0" w:noVBand="1"/>
      </w:tblPr>
      <w:tblGrid>
        <w:gridCol w:w="9639"/>
      </w:tblGrid>
      <w:tr w:rsidR="00164EDA" w14:paraId="3C2A03AB" w14:textId="77777777">
        <w:trPr>
          <w:jc w:val="center"/>
        </w:trPr>
        <w:tc>
          <w:tcPr>
            <w:tcW w:w="9638" w:type="dxa"/>
            <w:shd w:val="clear" w:color="auto" w:fill="E8E8E8"/>
          </w:tcPr>
          <w:p w14:paraId="54BF2F06" w14:textId="77777777" w:rsidR="00164EDA" w:rsidRDefault="00000000">
            <w:pPr>
              <w:spacing w:before="20" w:after="20" w:line="252" w:lineRule="auto"/>
              <w:rPr>
                <w:lang w:eastAsia="ja-JP"/>
              </w:rPr>
            </w:pPr>
            <w:r>
              <w:rPr>
                <w:rFonts w:ascii="Yu Gothic" w:eastAsia="Yu Gothic" w:hAnsi="Yu Gothic" w:cs="Yu Gothic"/>
                <w:b/>
                <w:lang w:eastAsia="ja-JP"/>
              </w:rPr>
              <w:t>Ⅰ－７　期待される成果と対外発表の計画　【400字程度】</w:t>
            </w:r>
          </w:p>
          <w:p w14:paraId="457BDF15" w14:textId="77777777" w:rsidR="00164EDA" w:rsidRDefault="00000000">
            <w:pPr>
              <w:spacing w:before="20" w:after="20" w:line="252" w:lineRule="auto"/>
              <w:rPr>
                <w:lang w:eastAsia="ja-JP"/>
              </w:rPr>
            </w:pPr>
            <w:r>
              <w:rPr>
                <w:sz w:val="17"/>
                <w:lang w:eastAsia="ja-JP"/>
              </w:rPr>
              <w:t>本研究により期待される成果を記述したうえで、2028年8月末までに予定する対外発表（学会・研究会での口頭発表、学術誌・紀要等への投稿、著書の刊行、プレプリントの公開等）について、発表を想定している学会名・学術誌名等を具体的に挙げてください。</w:t>
            </w:r>
          </w:p>
        </w:tc>
      </w:tr>
      <w:tr w:rsidR="00164EDA" w14:paraId="2A91B358" w14:textId="77777777">
        <w:trPr>
          <w:trHeight w:val="3969"/>
          <w:jc w:val="center"/>
        </w:trPr>
        <w:tc>
          <w:tcPr>
            <w:tcW w:w="9638" w:type="dxa"/>
          </w:tcPr>
          <w:p w14:paraId="32DB8533" w14:textId="77777777" w:rsidR="00164EDA" w:rsidRDefault="00164EDA">
            <w:pPr>
              <w:spacing w:before="20" w:after="20" w:line="252" w:lineRule="auto"/>
              <w:rPr>
                <w:lang w:eastAsia="ja-JP"/>
              </w:rPr>
            </w:pPr>
          </w:p>
        </w:tc>
      </w:tr>
    </w:tbl>
    <w:p w14:paraId="329A0B30" w14:textId="77777777" w:rsidR="00164EDA" w:rsidRDefault="00164EDA">
      <w:pPr>
        <w:rPr>
          <w:lang w:eastAsia="ja-JP"/>
        </w:rPr>
      </w:pPr>
    </w:p>
    <w:p w14:paraId="5B943BDF" w14:textId="77777777" w:rsidR="00BF7D0E" w:rsidRDefault="00BF7D0E">
      <w:pPr>
        <w:rPr>
          <w:lang w:eastAsia="ja-JP"/>
        </w:rPr>
      </w:pPr>
    </w:p>
    <w:p w14:paraId="38585D96" w14:textId="77777777" w:rsidR="00BF7D0E" w:rsidRDefault="00BF7D0E">
      <w:pPr>
        <w:rPr>
          <w:lang w:eastAsia="ja-JP"/>
        </w:rPr>
      </w:pPr>
    </w:p>
    <w:p w14:paraId="138ACAE1" w14:textId="77777777" w:rsidR="00BF7D0E" w:rsidRDefault="00BF7D0E">
      <w:pPr>
        <w:rPr>
          <w:lang w:eastAsia="ja-JP"/>
        </w:rPr>
      </w:pPr>
    </w:p>
    <w:p w14:paraId="6694EA21" w14:textId="77777777" w:rsidR="00BF7D0E" w:rsidRDefault="00BF7D0E">
      <w:pPr>
        <w:rPr>
          <w:lang w:eastAsia="ja-JP"/>
        </w:rPr>
      </w:pPr>
    </w:p>
    <w:p w14:paraId="2A1C2587" w14:textId="77777777" w:rsidR="00BF7D0E" w:rsidRDefault="00BF7D0E">
      <w:pPr>
        <w:rPr>
          <w:lang w:eastAsia="ja-JP"/>
        </w:rPr>
      </w:pPr>
    </w:p>
    <w:p w14:paraId="516702D8" w14:textId="77777777" w:rsidR="00BF7D0E" w:rsidRDefault="00BF7D0E">
      <w:pPr>
        <w:rPr>
          <w:lang w:eastAsia="ja-JP"/>
        </w:rPr>
      </w:pPr>
    </w:p>
    <w:p w14:paraId="238165C6" w14:textId="77777777" w:rsidR="00BF7D0E" w:rsidRDefault="00BF7D0E">
      <w:pPr>
        <w:rPr>
          <w:lang w:eastAsia="ja-JP"/>
        </w:rPr>
      </w:pPr>
    </w:p>
    <w:p w14:paraId="0759B0BB" w14:textId="77777777" w:rsidR="00BF7D0E" w:rsidRDefault="00BF7D0E">
      <w:pPr>
        <w:rPr>
          <w:lang w:eastAsia="ja-JP"/>
        </w:rPr>
      </w:pPr>
    </w:p>
    <w:tbl>
      <w:tblPr>
        <w:tblStyle w:val="afe"/>
        <w:tblW w:w="9639" w:type="dxa"/>
        <w:jc w:val="center"/>
        <w:tblLayout w:type="fixed"/>
        <w:tblLook w:val="04A0" w:firstRow="1" w:lastRow="0" w:firstColumn="1" w:lastColumn="0" w:noHBand="0" w:noVBand="1"/>
      </w:tblPr>
      <w:tblGrid>
        <w:gridCol w:w="9639"/>
      </w:tblGrid>
      <w:tr w:rsidR="00164EDA" w14:paraId="4792C86F" w14:textId="77777777">
        <w:trPr>
          <w:jc w:val="center"/>
        </w:trPr>
        <w:tc>
          <w:tcPr>
            <w:tcW w:w="9638" w:type="dxa"/>
            <w:shd w:val="clear" w:color="auto" w:fill="E8E8E8"/>
          </w:tcPr>
          <w:p w14:paraId="5AAC1092" w14:textId="77777777" w:rsidR="00164EDA" w:rsidRDefault="00000000">
            <w:pPr>
              <w:spacing w:before="20" w:after="20" w:line="252" w:lineRule="auto"/>
              <w:rPr>
                <w:lang w:eastAsia="ja-JP"/>
              </w:rPr>
            </w:pPr>
            <w:r>
              <w:rPr>
                <w:rFonts w:ascii="Yu Gothic" w:eastAsia="Yu Gothic" w:hAnsi="Yu Gothic" w:cs="Yu Gothic"/>
                <w:b/>
                <w:lang w:eastAsia="ja-JP"/>
              </w:rPr>
              <w:lastRenderedPageBreak/>
              <w:t>Ⅰ－８　過年度採択課題の実施状況　【該当者のみ／600字程度】</w:t>
            </w:r>
          </w:p>
          <w:p w14:paraId="16048C9B" w14:textId="77777777" w:rsidR="00164EDA" w:rsidRDefault="00000000">
            <w:pPr>
              <w:spacing w:before="20" w:after="20" w:line="252" w:lineRule="auto"/>
              <w:rPr>
                <w:lang w:eastAsia="ja-JP"/>
              </w:rPr>
            </w:pPr>
            <w:r>
              <w:rPr>
                <w:sz w:val="17"/>
                <w:lang w:eastAsia="ja-JP"/>
              </w:rPr>
              <w:t>2025年度または2026年度に本プロジェクトの代表者として採択されていた場合に記入してください。課題名、実施内容、得られた成果、対外発表の実績（発表先・題目・年月）、および報告義務（中間報告・成果報告会での報告・年報への掲載）の履行状況を記述してください。本申請が前年度課題と同一または類似のテーマである場合は、①前年度課題の到達点、②本申請において新たに取り組む事項、③前年度課題との差分を、それぞれ具体的に記載してください（必須）。この記載がない場合は要件不備として選考の対象外となり、記載があっても前年度課題からの実質的な発展が認められない場合は不採択となります。※ 該当しない場合は「該当なし」と記入してください。</w:t>
            </w:r>
          </w:p>
        </w:tc>
      </w:tr>
      <w:tr w:rsidR="00164EDA" w14:paraId="2011EEA9" w14:textId="77777777">
        <w:trPr>
          <w:trHeight w:val="4819"/>
          <w:jc w:val="center"/>
        </w:trPr>
        <w:tc>
          <w:tcPr>
            <w:tcW w:w="9638" w:type="dxa"/>
          </w:tcPr>
          <w:p w14:paraId="65203804" w14:textId="77777777" w:rsidR="00164EDA" w:rsidRDefault="00164EDA">
            <w:pPr>
              <w:spacing w:before="20" w:after="20" w:line="252" w:lineRule="auto"/>
              <w:rPr>
                <w:lang w:eastAsia="ja-JP"/>
              </w:rPr>
            </w:pPr>
          </w:p>
        </w:tc>
      </w:tr>
    </w:tbl>
    <w:p w14:paraId="6AFD90E0" w14:textId="77777777" w:rsidR="00164EDA" w:rsidRDefault="00164EDA">
      <w:pPr>
        <w:rPr>
          <w:lang w:eastAsia="ja-JP"/>
        </w:rPr>
      </w:pPr>
    </w:p>
    <w:p w14:paraId="1CABC628" w14:textId="77777777" w:rsidR="00164EDA" w:rsidRDefault="00000000">
      <w:pPr>
        <w:spacing w:before="140" w:after="40"/>
        <w:rPr>
          <w:lang w:eastAsia="ja-JP"/>
        </w:rPr>
      </w:pPr>
      <w:r>
        <w:rPr>
          <w:rFonts w:ascii="Yu Gothic" w:eastAsia="Yu Gothic" w:hAnsi="Yu Gothic" w:cs="Yu Gothic"/>
          <w:b/>
          <w:lang w:eastAsia="ja-JP"/>
        </w:rPr>
        <w:t>Ⅰ－９　他の研究費との関係</w:t>
      </w:r>
    </w:p>
    <w:tbl>
      <w:tblPr>
        <w:tblStyle w:val="afe"/>
        <w:tblW w:w="9639" w:type="dxa"/>
        <w:jc w:val="center"/>
        <w:tblLayout w:type="fixed"/>
        <w:tblLook w:val="04A0" w:firstRow="1" w:lastRow="0" w:firstColumn="1" w:lastColumn="0" w:noHBand="0" w:noVBand="1"/>
      </w:tblPr>
      <w:tblGrid>
        <w:gridCol w:w="2042"/>
        <w:gridCol w:w="2721"/>
        <w:gridCol w:w="1701"/>
        <w:gridCol w:w="3175"/>
      </w:tblGrid>
      <w:tr w:rsidR="00164EDA" w14:paraId="0D29AAA3" w14:textId="77777777">
        <w:trPr>
          <w:jc w:val="center"/>
        </w:trPr>
        <w:tc>
          <w:tcPr>
            <w:tcW w:w="2041" w:type="dxa"/>
            <w:shd w:val="clear" w:color="auto" w:fill="E8E8E8"/>
          </w:tcPr>
          <w:p w14:paraId="04DDABD9" w14:textId="77777777" w:rsidR="00164EDA" w:rsidRDefault="00000000">
            <w:pPr>
              <w:spacing w:before="20" w:after="20" w:line="252" w:lineRule="auto"/>
              <w:jc w:val="center"/>
            </w:pPr>
            <w:r>
              <w:rPr>
                <w:rFonts w:ascii="Yu Gothic" w:eastAsia="Yu Gothic" w:hAnsi="Yu Gothic" w:cs="Yu Gothic"/>
                <w:b/>
                <w:sz w:val="18"/>
              </w:rPr>
              <w:t>研究費の名称</w:t>
            </w:r>
          </w:p>
        </w:tc>
        <w:tc>
          <w:tcPr>
            <w:tcW w:w="2721" w:type="dxa"/>
            <w:shd w:val="clear" w:color="auto" w:fill="E8E8E8"/>
          </w:tcPr>
          <w:p w14:paraId="471669F7" w14:textId="77777777" w:rsidR="00164EDA" w:rsidRDefault="00000000">
            <w:pPr>
              <w:spacing w:before="20" w:after="20" w:line="252" w:lineRule="auto"/>
              <w:jc w:val="center"/>
            </w:pPr>
            <w:r>
              <w:rPr>
                <w:rFonts w:ascii="Yu Gothic" w:eastAsia="Yu Gothic" w:hAnsi="Yu Gothic" w:cs="Yu Gothic"/>
                <w:b/>
                <w:sz w:val="18"/>
              </w:rPr>
              <w:t>研究課題名</w:t>
            </w:r>
          </w:p>
        </w:tc>
        <w:tc>
          <w:tcPr>
            <w:tcW w:w="1701" w:type="dxa"/>
            <w:shd w:val="clear" w:color="auto" w:fill="E8E8E8"/>
          </w:tcPr>
          <w:p w14:paraId="41EC032B" w14:textId="77777777" w:rsidR="00164EDA" w:rsidRDefault="00000000">
            <w:pPr>
              <w:spacing w:before="20" w:after="20" w:line="252" w:lineRule="auto"/>
              <w:jc w:val="center"/>
            </w:pPr>
            <w:r>
              <w:rPr>
                <w:rFonts w:ascii="Yu Gothic" w:eastAsia="Yu Gothic" w:hAnsi="Yu Gothic" w:cs="Yu Gothic"/>
                <w:b/>
                <w:sz w:val="18"/>
              </w:rPr>
              <w:t>期　間</w:t>
            </w:r>
          </w:p>
        </w:tc>
        <w:tc>
          <w:tcPr>
            <w:tcW w:w="3175" w:type="dxa"/>
            <w:shd w:val="clear" w:color="auto" w:fill="E8E8E8"/>
          </w:tcPr>
          <w:p w14:paraId="16426BAE" w14:textId="77777777" w:rsidR="00164EDA" w:rsidRDefault="00000000">
            <w:pPr>
              <w:spacing w:before="20" w:after="20" w:line="252" w:lineRule="auto"/>
              <w:jc w:val="center"/>
              <w:rPr>
                <w:lang w:eastAsia="ja-JP"/>
              </w:rPr>
            </w:pPr>
            <w:r>
              <w:rPr>
                <w:rFonts w:ascii="Yu Gothic" w:eastAsia="Yu Gothic" w:hAnsi="Yu Gothic" w:cs="Yu Gothic"/>
                <w:b/>
                <w:sz w:val="18"/>
                <w:lang w:eastAsia="ja-JP"/>
              </w:rPr>
              <w:t>本申請との関係・差分</w:t>
            </w:r>
          </w:p>
        </w:tc>
      </w:tr>
      <w:tr w:rsidR="00164EDA" w14:paraId="1A94D8C5" w14:textId="77777777">
        <w:trPr>
          <w:trHeight w:val="624"/>
          <w:jc w:val="center"/>
        </w:trPr>
        <w:tc>
          <w:tcPr>
            <w:tcW w:w="2041" w:type="dxa"/>
          </w:tcPr>
          <w:p w14:paraId="1283DA14" w14:textId="77777777" w:rsidR="00164EDA" w:rsidRDefault="00164EDA">
            <w:pPr>
              <w:spacing w:before="20" w:after="20" w:line="252" w:lineRule="auto"/>
              <w:rPr>
                <w:lang w:eastAsia="ja-JP"/>
              </w:rPr>
            </w:pPr>
          </w:p>
        </w:tc>
        <w:tc>
          <w:tcPr>
            <w:tcW w:w="2721" w:type="dxa"/>
          </w:tcPr>
          <w:p w14:paraId="6751E0D8" w14:textId="77777777" w:rsidR="00164EDA" w:rsidRDefault="00164EDA">
            <w:pPr>
              <w:spacing w:before="20" w:after="20" w:line="252" w:lineRule="auto"/>
              <w:rPr>
                <w:lang w:eastAsia="ja-JP"/>
              </w:rPr>
            </w:pPr>
          </w:p>
        </w:tc>
        <w:tc>
          <w:tcPr>
            <w:tcW w:w="1701" w:type="dxa"/>
          </w:tcPr>
          <w:p w14:paraId="4B2BA56B" w14:textId="77777777" w:rsidR="00164EDA" w:rsidRDefault="00164EDA">
            <w:pPr>
              <w:spacing w:before="20" w:after="20" w:line="252" w:lineRule="auto"/>
              <w:rPr>
                <w:lang w:eastAsia="ja-JP"/>
              </w:rPr>
            </w:pPr>
          </w:p>
        </w:tc>
        <w:tc>
          <w:tcPr>
            <w:tcW w:w="3175" w:type="dxa"/>
          </w:tcPr>
          <w:p w14:paraId="6475E9BD" w14:textId="77777777" w:rsidR="00164EDA" w:rsidRDefault="00164EDA">
            <w:pPr>
              <w:spacing w:before="20" w:after="20" w:line="252" w:lineRule="auto"/>
              <w:rPr>
                <w:lang w:eastAsia="ja-JP"/>
              </w:rPr>
            </w:pPr>
          </w:p>
        </w:tc>
      </w:tr>
      <w:tr w:rsidR="00164EDA" w14:paraId="16BB426F" w14:textId="77777777">
        <w:trPr>
          <w:trHeight w:val="624"/>
          <w:jc w:val="center"/>
        </w:trPr>
        <w:tc>
          <w:tcPr>
            <w:tcW w:w="2041" w:type="dxa"/>
          </w:tcPr>
          <w:p w14:paraId="5B4CC0A0" w14:textId="77777777" w:rsidR="00164EDA" w:rsidRDefault="00164EDA">
            <w:pPr>
              <w:spacing w:before="20" w:after="20" w:line="252" w:lineRule="auto"/>
              <w:rPr>
                <w:lang w:eastAsia="ja-JP"/>
              </w:rPr>
            </w:pPr>
          </w:p>
        </w:tc>
        <w:tc>
          <w:tcPr>
            <w:tcW w:w="2721" w:type="dxa"/>
          </w:tcPr>
          <w:p w14:paraId="2A86A9C5" w14:textId="77777777" w:rsidR="00164EDA" w:rsidRDefault="00164EDA">
            <w:pPr>
              <w:spacing w:before="20" w:after="20" w:line="252" w:lineRule="auto"/>
              <w:rPr>
                <w:lang w:eastAsia="ja-JP"/>
              </w:rPr>
            </w:pPr>
          </w:p>
        </w:tc>
        <w:tc>
          <w:tcPr>
            <w:tcW w:w="1701" w:type="dxa"/>
          </w:tcPr>
          <w:p w14:paraId="0B2BB6C6" w14:textId="77777777" w:rsidR="00164EDA" w:rsidRDefault="00164EDA">
            <w:pPr>
              <w:spacing w:before="20" w:after="20" w:line="252" w:lineRule="auto"/>
              <w:rPr>
                <w:lang w:eastAsia="ja-JP"/>
              </w:rPr>
            </w:pPr>
          </w:p>
        </w:tc>
        <w:tc>
          <w:tcPr>
            <w:tcW w:w="3175" w:type="dxa"/>
          </w:tcPr>
          <w:p w14:paraId="270F72FE" w14:textId="77777777" w:rsidR="00164EDA" w:rsidRDefault="00164EDA">
            <w:pPr>
              <w:spacing w:before="20" w:after="20" w:line="252" w:lineRule="auto"/>
              <w:rPr>
                <w:lang w:eastAsia="ja-JP"/>
              </w:rPr>
            </w:pPr>
          </w:p>
        </w:tc>
      </w:tr>
    </w:tbl>
    <w:p w14:paraId="28F04CBB" w14:textId="77777777" w:rsidR="00164EDA" w:rsidRDefault="00000000">
      <w:pPr>
        <w:spacing w:after="80"/>
        <w:rPr>
          <w:lang w:eastAsia="ja-JP"/>
        </w:rPr>
      </w:pPr>
      <w:r>
        <w:rPr>
          <w:sz w:val="17"/>
          <w:lang w:eastAsia="ja-JP"/>
        </w:rPr>
        <w:t>※ 研究代表者が現に受けている、または受け入れが予定されている他の研究費（科学研究費、個人研究費以外の学内研究費、受託研究費等）のうち、本申請と関連するものを記入してください。該当がない場合は「該当なし」と記入してください。</w:t>
      </w:r>
    </w:p>
    <w:p w14:paraId="25BC6273" w14:textId="77777777" w:rsidR="00164EDA" w:rsidRDefault="00000000">
      <w:pPr>
        <w:rPr>
          <w:lang w:eastAsia="ja-JP"/>
        </w:rPr>
      </w:pPr>
      <w:r>
        <w:rPr>
          <w:lang w:eastAsia="ja-JP"/>
        </w:rPr>
        <w:br w:type="page"/>
      </w:r>
    </w:p>
    <w:p w14:paraId="47199850" w14:textId="77777777" w:rsidR="00164EDA" w:rsidRDefault="00000000">
      <w:pPr>
        <w:spacing w:after="40"/>
      </w:pPr>
      <w:r>
        <w:rPr>
          <w:rFonts w:ascii="Yu Gothic" w:eastAsia="Yu Gothic" w:hAnsi="Yu Gothic" w:cs="Yu Gothic"/>
          <w:b/>
        </w:rPr>
        <w:lastRenderedPageBreak/>
        <w:t>別紙２</w:t>
      </w:r>
    </w:p>
    <w:p w14:paraId="3BF51A4B" w14:textId="77777777" w:rsidR="00164EDA" w:rsidRDefault="00000000">
      <w:pPr>
        <w:spacing w:before="120" w:after="200"/>
        <w:jc w:val="center"/>
      </w:pPr>
      <w:r>
        <w:rPr>
          <w:rFonts w:ascii="Yu Gothic" w:eastAsia="Yu Gothic" w:hAnsi="Yu Gothic" w:cs="Yu Gothic"/>
          <w:b/>
          <w:sz w:val="26"/>
        </w:rPr>
        <w:t>Ⅱ　予 算 計 画 書</w:t>
      </w:r>
    </w:p>
    <w:tbl>
      <w:tblPr>
        <w:tblStyle w:val="afe"/>
        <w:tblW w:w="9639" w:type="dxa"/>
        <w:jc w:val="center"/>
        <w:tblLayout w:type="fixed"/>
        <w:tblLook w:val="04A0" w:firstRow="1" w:lastRow="0" w:firstColumn="1" w:lastColumn="0" w:noHBand="0" w:noVBand="1"/>
      </w:tblPr>
      <w:tblGrid>
        <w:gridCol w:w="1815"/>
        <w:gridCol w:w="3005"/>
        <w:gridCol w:w="1701"/>
        <w:gridCol w:w="3118"/>
      </w:tblGrid>
      <w:tr w:rsidR="00164EDA" w14:paraId="074F9CF0" w14:textId="77777777">
        <w:trPr>
          <w:trHeight w:val="482"/>
          <w:jc w:val="center"/>
        </w:trPr>
        <w:tc>
          <w:tcPr>
            <w:tcW w:w="1814" w:type="dxa"/>
            <w:shd w:val="clear" w:color="auto" w:fill="F2F2F2"/>
          </w:tcPr>
          <w:p w14:paraId="44FE71EF" w14:textId="77777777" w:rsidR="00164EDA" w:rsidRDefault="00000000">
            <w:pPr>
              <w:spacing w:before="20" w:after="20" w:line="252" w:lineRule="auto"/>
            </w:pPr>
            <w:r>
              <w:rPr>
                <w:rFonts w:ascii="Yu Gothic" w:eastAsia="Yu Gothic" w:hAnsi="Yu Gothic" w:cs="Yu Gothic"/>
                <w:b/>
                <w:sz w:val="19"/>
              </w:rPr>
              <w:t>プロジェクト名</w:t>
            </w:r>
          </w:p>
        </w:tc>
        <w:tc>
          <w:tcPr>
            <w:tcW w:w="7824" w:type="dxa"/>
            <w:gridSpan w:val="3"/>
          </w:tcPr>
          <w:p w14:paraId="7065AAA0" w14:textId="77777777" w:rsidR="00164EDA" w:rsidRDefault="00164EDA">
            <w:pPr>
              <w:spacing w:before="20" w:after="20" w:line="252" w:lineRule="auto"/>
            </w:pPr>
          </w:p>
        </w:tc>
      </w:tr>
      <w:tr w:rsidR="00164EDA" w14:paraId="06337CFA" w14:textId="77777777">
        <w:trPr>
          <w:trHeight w:val="482"/>
          <w:jc w:val="center"/>
        </w:trPr>
        <w:tc>
          <w:tcPr>
            <w:tcW w:w="1814" w:type="dxa"/>
            <w:shd w:val="clear" w:color="auto" w:fill="F2F2F2"/>
          </w:tcPr>
          <w:p w14:paraId="14444A61" w14:textId="77777777" w:rsidR="00164EDA" w:rsidRDefault="00000000">
            <w:pPr>
              <w:spacing w:before="20" w:after="20" w:line="252" w:lineRule="auto"/>
            </w:pPr>
            <w:r>
              <w:rPr>
                <w:rFonts w:ascii="Yu Gothic" w:eastAsia="Yu Gothic" w:hAnsi="Yu Gothic" w:cs="Yu Gothic"/>
                <w:b/>
                <w:sz w:val="19"/>
              </w:rPr>
              <w:t>研究代表者</w:t>
            </w:r>
          </w:p>
        </w:tc>
        <w:tc>
          <w:tcPr>
            <w:tcW w:w="3005" w:type="dxa"/>
          </w:tcPr>
          <w:p w14:paraId="1AE61EA4" w14:textId="77777777" w:rsidR="00164EDA" w:rsidRDefault="00164EDA">
            <w:pPr>
              <w:spacing w:before="20" w:after="20" w:line="252" w:lineRule="auto"/>
            </w:pPr>
          </w:p>
        </w:tc>
        <w:tc>
          <w:tcPr>
            <w:tcW w:w="1701" w:type="dxa"/>
            <w:shd w:val="clear" w:color="auto" w:fill="F2F2F2"/>
          </w:tcPr>
          <w:p w14:paraId="09324449" w14:textId="77777777" w:rsidR="00164EDA" w:rsidRDefault="00000000">
            <w:pPr>
              <w:spacing w:before="20" w:after="20" w:line="252" w:lineRule="auto"/>
            </w:pPr>
            <w:r>
              <w:rPr>
                <w:rFonts w:ascii="Yu Gothic" w:eastAsia="Yu Gothic" w:hAnsi="Yu Gothic" w:cs="Yu Gothic"/>
                <w:b/>
                <w:sz w:val="19"/>
              </w:rPr>
              <w:t>所属・職名</w:t>
            </w:r>
          </w:p>
        </w:tc>
        <w:tc>
          <w:tcPr>
            <w:tcW w:w="3118" w:type="dxa"/>
          </w:tcPr>
          <w:p w14:paraId="68725BAA" w14:textId="77777777" w:rsidR="00164EDA" w:rsidRDefault="00164EDA">
            <w:pPr>
              <w:spacing w:before="20" w:after="20" w:line="252" w:lineRule="auto"/>
            </w:pPr>
          </w:p>
        </w:tc>
      </w:tr>
    </w:tbl>
    <w:p w14:paraId="004E2BBC" w14:textId="77777777" w:rsidR="00164EDA" w:rsidRDefault="00164EDA"/>
    <w:tbl>
      <w:tblPr>
        <w:tblStyle w:val="afe"/>
        <w:tblW w:w="9639" w:type="dxa"/>
        <w:jc w:val="center"/>
        <w:tblLayout w:type="fixed"/>
        <w:tblLook w:val="04A0" w:firstRow="1" w:lastRow="0" w:firstColumn="1" w:lastColumn="0" w:noHBand="0" w:noVBand="1"/>
      </w:tblPr>
      <w:tblGrid>
        <w:gridCol w:w="1928"/>
        <w:gridCol w:w="1701"/>
        <w:gridCol w:w="6010"/>
      </w:tblGrid>
      <w:tr w:rsidR="00164EDA" w14:paraId="43187EE3" w14:textId="77777777">
        <w:trPr>
          <w:jc w:val="center"/>
        </w:trPr>
        <w:tc>
          <w:tcPr>
            <w:tcW w:w="1928" w:type="dxa"/>
            <w:shd w:val="clear" w:color="auto" w:fill="E8E8E8"/>
          </w:tcPr>
          <w:p w14:paraId="51F08584" w14:textId="77777777" w:rsidR="00164EDA" w:rsidRDefault="00000000">
            <w:pPr>
              <w:spacing w:before="20" w:after="20" w:line="252" w:lineRule="auto"/>
              <w:jc w:val="center"/>
            </w:pPr>
            <w:r>
              <w:rPr>
                <w:rFonts w:ascii="Yu Gothic" w:eastAsia="Yu Gothic" w:hAnsi="Yu Gothic" w:cs="Yu Gothic"/>
                <w:b/>
                <w:sz w:val="18"/>
              </w:rPr>
              <w:t>特別研究費 項目</w:t>
            </w:r>
          </w:p>
        </w:tc>
        <w:tc>
          <w:tcPr>
            <w:tcW w:w="1701" w:type="dxa"/>
            <w:shd w:val="clear" w:color="auto" w:fill="E8E8E8"/>
          </w:tcPr>
          <w:p w14:paraId="133EF7F7" w14:textId="77777777" w:rsidR="00164EDA" w:rsidRDefault="00000000">
            <w:pPr>
              <w:spacing w:before="20" w:after="20" w:line="252" w:lineRule="auto"/>
              <w:jc w:val="center"/>
            </w:pPr>
            <w:r>
              <w:rPr>
                <w:rFonts w:ascii="Yu Gothic" w:eastAsia="Yu Gothic" w:hAnsi="Yu Gothic" w:cs="Yu Gothic"/>
                <w:b/>
                <w:sz w:val="18"/>
              </w:rPr>
              <w:t>配分額（円）</w:t>
            </w:r>
          </w:p>
        </w:tc>
        <w:tc>
          <w:tcPr>
            <w:tcW w:w="6009" w:type="dxa"/>
            <w:shd w:val="clear" w:color="auto" w:fill="E8E8E8"/>
          </w:tcPr>
          <w:p w14:paraId="71BB8CE1" w14:textId="77777777" w:rsidR="00164EDA" w:rsidRDefault="00000000">
            <w:pPr>
              <w:spacing w:before="20" w:after="20" w:line="252" w:lineRule="auto"/>
              <w:jc w:val="center"/>
              <w:rPr>
                <w:lang w:eastAsia="ja-JP"/>
              </w:rPr>
            </w:pPr>
            <w:r>
              <w:rPr>
                <w:rFonts w:ascii="Yu Gothic" w:eastAsia="Yu Gothic" w:hAnsi="Yu Gothic" w:cs="Yu Gothic"/>
                <w:b/>
                <w:sz w:val="18"/>
                <w:lang w:eastAsia="ja-JP"/>
              </w:rPr>
              <w:t>内訳（品名・単価×数量／回数・人数）および研究計画上の必要性</w:t>
            </w:r>
          </w:p>
        </w:tc>
      </w:tr>
      <w:tr w:rsidR="00164EDA" w14:paraId="12FEA6C4" w14:textId="77777777">
        <w:trPr>
          <w:trHeight w:val="539"/>
          <w:jc w:val="center"/>
        </w:trPr>
        <w:tc>
          <w:tcPr>
            <w:tcW w:w="1928" w:type="dxa"/>
          </w:tcPr>
          <w:p w14:paraId="1DC89A91" w14:textId="77777777" w:rsidR="00164EDA" w:rsidRDefault="00000000">
            <w:pPr>
              <w:spacing w:before="20" w:after="20" w:line="252" w:lineRule="auto"/>
            </w:pPr>
            <w:r>
              <w:rPr>
                <w:sz w:val="18"/>
              </w:rPr>
              <w:t>設備・備品費</w:t>
            </w:r>
          </w:p>
        </w:tc>
        <w:tc>
          <w:tcPr>
            <w:tcW w:w="1701" w:type="dxa"/>
          </w:tcPr>
          <w:p w14:paraId="33DE66D2" w14:textId="77777777" w:rsidR="00164EDA" w:rsidRDefault="00164EDA">
            <w:pPr>
              <w:spacing w:before="20" w:after="20" w:line="252" w:lineRule="auto"/>
              <w:jc w:val="right"/>
            </w:pPr>
          </w:p>
        </w:tc>
        <w:tc>
          <w:tcPr>
            <w:tcW w:w="6009" w:type="dxa"/>
          </w:tcPr>
          <w:p w14:paraId="761B5E54" w14:textId="77777777" w:rsidR="00164EDA" w:rsidRDefault="00164EDA">
            <w:pPr>
              <w:spacing w:before="20" w:after="20" w:line="252" w:lineRule="auto"/>
            </w:pPr>
          </w:p>
        </w:tc>
      </w:tr>
      <w:tr w:rsidR="00164EDA" w14:paraId="3D23E9E0" w14:textId="77777777">
        <w:trPr>
          <w:trHeight w:val="539"/>
          <w:jc w:val="center"/>
        </w:trPr>
        <w:tc>
          <w:tcPr>
            <w:tcW w:w="1928" w:type="dxa"/>
          </w:tcPr>
          <w:p w14:paraId="4E507668" w14:textId="77777777" w:rsidR="00164EDA" w:rsidRDefault="00000000">
            <w:pPr>
              <w:spacing w:before="20" w:after="20" w:line="252" w:lineRule="auto"/>
            </w:pPr>
            <w:r>
              <w:rPr>
                <w:sz w:val="18"/>
              </w:rPr>
              <w:t>用品費</w:t>
            </w:r>
          </w:p>
        </w:tc>
        <w:tc>
          <w:tcPr>
            <w:tcW w:w="1701" w:type="dxa"/>
          </w:tcPr>
          <w:p w14:paraId="7FDB5F60" w14:textId="77777777" w:rsidR="00164EDA" w:rsidRDefault="00164EDA">
            <w:pPr>
              <w:spacing w:before="20" w:after="20" w:line="252" w:lineRule="auto"/>
              <w:jc w:val="right"/>
            </w:pPr>
          </w:p>
        </w:tc>
        <w:tc>
          <w:tcPr>
            <w:tcW w:w="6009" w:type="dxa"/>
          </w:tcPr>
          <w:p w14:paraId="1DE6DFC9" w14:textId="77777777" w:rsidR="00164EDA" w:rsidRDefault="00164EDA">
            <w:pPr>
              <w:spacing w:before="20" w:after="20" w:line="252" w:lineRule="auto"/>
            </w:pPr>
          </w:p>
        </w:tc>
      </w:tr>
      <w:tr w:rsidR="00164EDA" w14:paraId="57C088BF" w14:textId="77777777">
        <w:trPr>
          <w:trHeight w:val="539"/>
          <w:jc w:val="center"/>
        </w:trPr>
        <w:tc>
          <w:tcPr>
            <w:tcW w:w="1928" w:type="dxa"/>
          </w:tcPr>
          <w:p w14:paraId="25D017A2" w14:textId="77777777" w:rsidR="00164EDA" w:rsidRDefault="00000000">
            <w:pPr>
              <w:spacing w:before="20" w:after="20" w:line="252" w:lineRule="auto"/>
            </w:pPr>
            <w:r>
              <w:rPr>
                <w:sz w:val="18"/>
              </w:rPr>
              <w:t>雑品費</w:t>
            </w:r>
          </w:p>
        </w:tc>
        <w:tc>
          <w:tcPr>
            <w:tcW w:w="1701" w:type="dxa"/>
          </w:tcPr>
          <w:p w14:paraId="3B2772DA" w14:textId="77777777" w:rsidR="00164EDA" w:rsidRDefault="00164EDA">
            <w:pPr>
              <w:spacing w:before="20" w:after="20" w:line="252" w:lineRule="auto"/>
              <w:jc w:val="right"/>
            </w:pPr>
          </w:p>
        </w:tc>
        <w:tc>
          <w:tcPr>
            <w:tcW w:w="6009" w:type="dxa"/>
          </w:tcPr>
          <w:p w14:paraId="736DD63B" w14:textId="77777777" w:rsidR="00164EDA" w:rsidRDefault="00164EDA">
            <w:pPr>
              <w:spacing w:before="20" w:after="20" w:line="252" w:lineRule="auto"/>
            </w:pPr>
          </w:p>
        </w:tc>
      </w:tr>
      <w:tr w:rsidR="00164EDA" w14:paraId="1DDEAA83" w14:textId="77777777">
        <w:trPr>
          <w:trHeight w:val="539"/>
          <w:jc w:val="center"/>
        </w:trPr>
        <w:tc>
          <w:tcPr>
            <w:tcW w:w="1928" w:type="dxa"/>
          </w:tcPr>
          <w:p w14:paraId="104AF635" w14:textId="77777777" w:rsidR="00164EDA" w:rsidRDefault="00000000">
            <w:pPr>
              <w:spacing w:before="20" w:after="20" w:line="252" w:lineRule="auto"/>
            </w:pPr>
            <w:r>
              <w:rPr>
                <w:sz w:val="18"/>
              </w:rPr>
              <w:t>図書費</w:t>
            </w:r>
          </w:p>
        </w:tc>
        <w:tc>
          <w:tcPr>
            <w:tcW w:w="1701" w:type="dxa"/>
          </w:tcPr>
          <w:p w14:paraId="26D41B88" w14:textId="77777777" w:rsidR="00164EDA" w:rsidRDefault="00164EDA">
            <w:pPr>
              <w:spacing w:before="20" w:after="20" w:line="252" w:lineRule="auto"/>
              <w:jc w:val="right"/>
            </w:pPr>
          </w:p>
        </w:tc>
        <w:tc>
          <w:tcPr>
            <w:tcW w:w="6009" w:type="dxa"/>
          </w:tcPr>
          <w:p w14:paraId="323106CD" w14:textId="77777777" w:rsidR="00164EDA" w:rsidRDefault="00164EDA">
            <w:pPr>
              <w:spacing w:before="20" w:after="20" w:line="252" w:lineRule="auto"/>
            </w:pPr>
          </w:p>
        </w:tc>
      </w:tr>
      <w:tr w:rsidR="00164EDA" w14:paraId="4BBAC6A3" w14:textId="77777777">
        <w:trPr>
          <w:trHeight w:val="539"/>
          <w:jc w:val="center"/>
        </w:trPr>
        <w:tc>
          <w:tcPr>
            <w:tcW w:w="1928" w:type="dxa"/>
          </w:tcPr>
          <w:p w14:paraId="0240145F" w14:textId="77777777" w:rsidR="00164EDA" w:rsidRDefault="00000000">
            <w:pPr>
              <w:spacing w:before="20" w:after="20" w:line="252" w:lineRule="auto"/>
            </w:pPr>
            <w:r>
              <w:rPr>
                <w:sz w:val="18"/>
              </w:rPr>
              <w:t>印刷費</w:t>
            </w:r>
          </w:p>
        </w:tc>
        <w:tc>
          <w:tcPr>
            <w:tcW w:w="1701" w:type="dxa"/>
          </w:tcPr>
          <w:p w14:paraId="6F5A3D80" w14:textId="77777777" w:rsidR="00164EDA" w:rsidRDefault="00164EDA">
            <w:pPr>
              <w:spacing w:before="20" w:after="20" w:line="252" w:lineRule="auto"/>
              <w:jc w:val="right"/>
            </w:pPr>
          </w:p>
        </w:tc>
        <w:tc>
          <w:tcPr>
            <w:tcW w:w="6009" w:type="dxa"/>
          </w:tcPr>
          <w:p w14:paraId="73F65228" w14:textId="77777777" w:rsidR="00164EDA" w:rsidRDefault="00164EDA">
            <w:pPr>
              <w:spacing w:before="20" w:after="20" w:line="252" w:lineRule="auto"/>
            </w:pPr>
          </w:p>
        </w:tc>
      </w:tr>
      <w:tr w:rsidR="00164EDA" w14:paraId="79CA960D" w14:textId="77777777">
        <w:trPr>
          <w:trHeight w:val="539"/>
          <w:jc w:val="center"/>
        </w:trPr>
        <w:tc>
          <w:tcPr>
            <w:tcW w:w="1928" w:type="dxa"/>
          </w:tcPr>
          <w:p w14:paraId="576329AA" w14:textId="77777777" w:rsidR="00164EDA" w:rsidRDefault="00000000">
            <w:pPr>
              <w:spacing w:before="20" w:after="20" w:line="252" w:lineRule="auto"/>
            </w:pPr>
            <w:r>
              <w:rPr>
                <w:sz w:val="18"/>
              </w:rPr>
              <w:t>旅費</w:t>
            </w:r>
          </w:p>
        </w:tc>
        <w:tc>
          <w:tcPr>
            <w:tcW w:w="1701" w:type="dxa"/>
          </w:tcPr>
          <w:p w14:paraId="12423F6B" w14:textId="77777777" w:rsidR="00164EDA" w:rsidRDefault="00164EDA">
            <w:pPr>
              <w:spacing w:before="20" w:after="20" w:line="252" w:lineRule="auto"/>
              <w:jc w:val="right"/>
            </w:pPr>
          </w:p>
        </w:tc>
        <w:tc>
          <w:tcPr>
            <w:tcW w:w="6009" w:type="dxa"/>
          </w:tcPr>
          <w:p w14:paraId="1287AB7D" w14:textId="77777777" w:rsidR="00164EDA" w:rsidRDefault="00164EDA">
            <w:pPr>
              <w:spacing w:before="20" w:after="20" w:line="252" w:lineRule="auto"/>
            </w:pPr>
          </w:p>
        </w:tc>
      </w:tr>
      <w:tr w:rsidR="00164EDA" w14:paraId="446D7701" w14:textId="77777777">
        <w:trPr>
          <w:trHeight w:val="539"/>
          <w:jc w:val="center"/>
        </w:trPr>
        <w:tc>
          <w:tcPr>
            <w:tcW w:w="1928" w:type="dxa"/>
          </w:tcPr>
          <w:p w14:paraId="6BEB610A" w14:textId="77777777" w:rsidR="00164EDA" w:rsidRDefault="00000000">
            <w:pPr>
              <w:spacing w:before="20" w:after="20" w:line="252" w:lineRule="auto"/>
            </w:pPr>
            <w:r>
              <w:rPr>
                <w:sz w:val="18"/>
              </w:rPr>
              <w:t>諸会費</w:t>
            </w:r>
          </w:p>
        </w:tc>
        <w:tc>
          <w:tcPr>
            <w:tcW w:w="1701" w:type="dxa"/>
          </w:tcPr>
          <w:p w14:paraId="3FF6A143" w14:textId="77777777" w:rsidR="00164EDA" w:rsidRDefault="00164EDA">
            <w:pPr>
              <w:spacing w:before="20" w:after="20" w:line="252" w:lineRule="auto"/>
              <w:jc w:val="right"/>
            </w:pPr>
          </w:p>
        </w:tc>
        <w:tc>
          <w:tcPr>
            <w:tcW w:w="6009" w:type="dxa"/>
          </w:tcPr>
          <w:p w14:paraId="73955F14" w14:textId="77777777" w:rsidR="00164EDA" w:rsidRDefault="00164EDA">
            <w:pPr>
              <w:spacing w:before="20" w:after="20" w:line="252" w:lineRule="auto"/>
            </w:pPr>
          </w:p>
        </w:tc>
      </w:tr>
      <w:tr w:rsidR="00164EDA" w14:paraId="62196335" w14:textId="77777777">
        <w:trPr>
          <w:trHeight w:val="539"/>
          <w:jc w:val="center"/>
        </w:trPr>
        <w:tc>
          <w:tcPr>
            <w:tcW w:w="1928" w:type="dxa"/>
          </w:tcPr>
          <w:p w14:paraId="367B3B0E" w14:textId="77777777" w:rsidR="00164EDA" w:rsidRDefault="00000000">
            <w:pPr>
              <w:spacing w:before="20" w:after="20" w:line="252" w:lineRule="auto"/>
            </w:pPr>
            <w:r>
              <w:rPr>
                <w:sz w:val="18"/>
              </w:rPr>
              <w:t>会合費</w:t>
            </w:r>
          </w:p>
        </w:tc>
        <w:tc>
          <w:tcPr>
            <w:tcW w:w="1701" w:type="dxa"/>
          </w:tcPr>
          <w:p w14:paraId="30954BD3" w14:textId="77777777" w:rsidR="00164EDA" w:rsidRDefault="00164EDA">
            <w:pPr>
              <w:spacing w:before="20" w:after="20" w:line="252" w:lineRule="auto"/>
              <w:jc w:val="right"/>
            </w:pPr>
          </w:p>
        </w:tc>
        <w:tc>
          <w:tcPr>
            <w:tcW w:w="6009" w:type="dxa"/>
          </w:tcPr>
          <w:p w14:paraId="6A8A98EB" w14:textId="77777777" w:rsidR="00164EDA" w:rsidRDefault="00164EDA">
            <w:pPr>
              <w:spacing w:before="20" w:after="20" w:line="252" w:lineRule="auto"/>
            </w:pPr>
          </w:p>
        </w:tc>
      </w:tr>
      <w:tr w:rsidR="00164EDA" w14:paraId="3131D1D4" w14:textId="77777777">
        <w:trPr>
          <w:trHeight w:val="539"/>
          <w:jc w:val="center"/>
        </w:trPr>
        <w:tc>
          <w:tcPr>
            <w:tcW w:w="1928" w:type="dxa"/>
          </w:tcPr>
          <w:p w14:paraId="02FFE16B" w14:textId="77777777" w:rsidR="00164EDA" w:rsidRDefault="00000000">
            <w:pPr>
              <w:spacing w:before="20" w:after="20" w:line="252" w:lineRule="auto"/>
            </w:pPr>
            <w:r>
              <w:rPr>
                <w:sz w:val="18"/>
              </w:rPr>
              <w:t>通信・運搬料</w:t>
            </w:r>
          </w:p>
        </w:tc>
        <w:tc>
          <w:tcPr>
            <w:tcW w:w="1701" w:type="dxa"/>
          </w:tcPr>
          <w:p w14:paraId="2D776E55" w14:textId="77777777" w:rsidR="00164EDA" w:rsidRDefault="00164EDA">
            <w:pPr>
              <w:spacing w:before="20" w:after="20" w:line="252" w:lineRule="auto"/>
              <w:jc w:val="right"/>
            </w:pPr>
          </w:p>
        </w:tc>
        <w:tc>
          <w:tcPr>
            <w:tcW w:w="6009" w:type="dxa"/>
          </w:tcPr>
          <w:p w14:paraId="59D09004" w14:textId="77777777" w:rsidR="00164EDA" w:rsidRDefault="00164EDA">
            <w:pPr>
              <w:spacing w:before="20" w:after="20" w:line="252" w:lineRule="auto"/>
            </w:pPr>
          </w:p>
        </w:tc>
      </w:tr>
      <w:tr w:rsidR="00164EDA" w14:paraId="6C4B2183" w14:textId="77777777">
        <w:trPr>
          <w:trHeight w:val="539"/>
          <w:jc w:val="center"/>
        </w:trPr>
        <w:tc>
          <w:tcPr>
            <w:tcW w:w="1928" w:type="dxa"/>
          </w:tcPr>
          <w:p w14:paraId="5F4B8CD4" w14:textId="77777777" w:rsidR="00164EDA" w:rsidRDefault="00000000">
            <w:pPr>
              <w:spacing w:before="20" w:after="20" w:line="252" w:lineRule="auto"/>
            </w:pPr>
            <w:r>
              <w:rPr>
                <w:sz w:val="18"/>
              </w:rPr>
              <w:t>委託費</w:t>
            </w:r>
          </w:p>
        </w:tc>
        <w:tc>
          <w:tcPr>
            <w:tcW w:w="1701" w:type="dxa"/>
          </w:tcPr>
          <w:p w14:paraId="7066808C" w14:textId="77777777" w:rsidR="00164EDA" w:rsidRDefault="00164EDA">
            <w:pPr>
              <w:spacing w:before="20" w:after="20" w:line="252" w:lineRule="auto"/>
              <w:jc w:val="right"/>
            </w:pPr>
          </w:p>
        </w:tc>
        <w:tc>
          <w:tcPr>
            <w:tcW w:w="6009" w:type="dxa"/>
          </w:tcPr>
          <w:p w14:paraId="275E6B67" w14:textId="77777777" w:rsidR="00164EDA" w:rsidRDefault="00164EDA">
            <w:pPr>
              <w:spacing w:before="20" w:after="20" w:line="252" w:lineRule="auto"/>
            </w:pPr>
          </w:p>
        </w:tc>
      </w:tr>
      <w:tr w:rsidR="00164EDA" w14:paraId="4B97035F" w14:textId="77777777">
        <w:trPr>
          <w:trHeight w:val="539"/>
          <w:jc w:val="center"/>
        </w:trPr>
        <w:tc>
          <w:tcPr>
            <w:tcW w:w="1928" w:type="dxa"/>
          </w:tcPr>
          <w:p w14:paraId="1951894A" w14:textId="77777777" w:rsidR="00164EDA" w:rsidRDefault="00000000">
            <w:pPr>
              <w:spacing w:before="20" w:after="20" w:line="252" w:lineRule="auto"/>
            </w:pPr>
            <w:r>
              <w:rPr>
                <w:sz w:val="18"/>
              </w:rPr>
              <w:t>報酬・謝礼</w:t>
            </w:r>
          </w:p>
        </w:tc>
        <w:tc>
          <w:tcPr>
            <w:tcW w:w="1701" w:type="dxa"/>
          </w:tcPr>
          <w:p w14:paraId="680CA888" w14:textId="77777777" w:rsidR="00164EDA" w:rsidRDefault="00164EDA">
            <w:pPr>
              <w:spacing w:before="20" w:after="20" w:line="252" w:lineRule="auto"/>
              <w:jc w:val="right"/>
            </w:pPr>
          </w:p>
        </w:tc>
        <w:tc>
          <w:tcPr>
            <w:tcW w:w="6009" w:type="dxa"/>
          </w:tcPr>
          <w:p w14:paraId="48AA62A4" w14:textId="77777777" w:rsidR="00164EDA" w:rsidRDefault="00164EDA">
            <w:pPr>
              <w:spacing w:before="20" w:after="20" w:line="252" w:lineRule="auto"/>
            </w:pPr>
          </w:p>
        </w:tc>
      </w:tr>
      <w:tr w:rsidR="00164EDA" w14:paraId="5F92DBFF" w14:textId="77777777">
        <w:trPr>
          <w:trHeight w:val="539"/>
          <w:jc w:val="center"/>
        </w:trPr>
        <w:tc>
          <w:tcPr>
            <w:tcW w:w="1928" w:type="dxa"/>
          </w:tcPr>
          <w:p w14:paraId="7B692C86" w14:textId="77777777" w:rsidR="00164EDA" w:rsidRDefault="00000000">
            <w:pPr>
              <w:spacing w:before="20" w:after="20" w:line="252" w:lineRule="auto"/>
            </w:pPr>
            <w:r>
              <w:rPr>
                <w:sz w:val="18"/>
              </w:rPr>
              <w:t>その他</w:t>
            </w:r>
          </w:p>
        </w:tc>
        <w:tc>
          <w:tcPr>
            <w:tcW w:w="1701" w:type="dxa"/>
          </w:tcPr>
          <w:p w14:paraId="0CDE08CB" w14:textId="77777777" w:rsidR="00164EDA" w:rsidRDefault="00164EDA">
            <w:pPr>
              <w:spacing w:before="20" w:after="20" w:line="252" w:lineRule="auto"/>
              <w:jc w:val="right"/>
            </w:pPr>
          </w:p>
        </w:tc>
        <w:tc>
          <w:tcPr>
            <w:tcW w:w="6009" w:type="dxa"/>
          </w:tcPr>
          <w:p w14:paraId="3D040DD1" w14:textId="77777777" w:rsidR="00164EDA" w:rsidRDefault="00164EDA">
            <w:pPr>
              <w:spacing w:before="20" w:after="20" w:line="252" w:lineRule="auto"/>
            </w:pPr>
          </w:p>
        </w:tc>
      </w:tr>
      <w:tr w:rsidR="00164EDA" w14:paraId="1449809E" w14:textId="77777777">
        <w:trPr>
          <w:trHeight w:val="454"/>
          <w:jc w:val="center"/>
        </w:trPr>
        <w:tc>
          <w:tcPr>
            <w:tcW w:w="1928" w:type="dxa"/>
            <w:shd w:val="clear" w:color="auto" w:fill="F2F2F2"/>
          </w:tcPr>
          <w:p w14:paraId="200EB402" w14:textId="77777777" w:rsidR="00164EDA" w:rsidRDefault="00000000">
            <w:pPr>
              <w:spacing w:before="20" w:after="20" w:line="252" w:lineRule="auto"/>
              <w:jc w:val="center"/>
            </w:pPr>
            <w:r>
              <w:rPr>
                <w:rFonts w:ascii="Yu Gothic" w:eastAsia="Yu Gothic" w:hAnsi="Yu Gothic" w:cs="Yu Gothic"/>
                <w:b/>
                <w:sz w:val="19"/>
              </w:rPr>
              <w:t>合　　計</w:t>
            </w:r>
          </w:p>
        </w:tc>
        <w:tc>
          <w:tcPr>
            <w:tcW w:w="1701" w:type="dxa"/>
            <w:shd w:val="clear" w:color="auto" w:fill="F2F2F2"/>
          </w:tcPr>
          <w:p w14:paraId="6F1C798E" w14:textId="77777777" w:rsidR="00164EDA" w:rsidRDefault="00164EDA">
            <w:pPr>
              <w:spacing w:before="20" w:after="20" w:line="252" w:lineRule="auto"/>
              <w:jc w:val="right"/>
            </w:pPr>
          </w:p>
        </w:tc>
        <w:tc>
          <w:tcPr>
            <w:tcW w:w="6009" w:type="dxa"/>
          </w:tcPr>
          <w:p w14:paraId="32702BB5" w14:textId="77777777" w:rsidR="00164EDA" w:rsidRDefault="00164EDA">
            <w:pPr>
              <w:spacing w:before="20" w:after="20" w:line="252" w:lineRule="auto"/>
            </w:pPr>
          </w:p>
        </w:tc>
      </w:tr>
    </w:tbl>
    <w:p w14:paraId="62D7FA46" w14:textId="77777777" w:rsidR="00164EDA" w:rsidRDefault="00000000">
      <w:pPr>
        <w:spacing w:after="120"/>
        <w:rPr>
          <w:lang w:eastAsia="ja-JP"/>
        </w:rPr>
      </w:pPr>
      <w:r>
        <w:rPr>
          <w:sz w:val="17"/>
          <w:lang w:eastAsia="ja-JP"/>
        </w:rPr>
        <w:t>※ 配分額を記入したすべての費目について、内訳欄に「何を・いくらで・いくつ（何回・何人分）」および研究計画上の必要性を記入してください。内訳の記載がない費目、「一式」等の記載にとどまる費目は減点の対象となります。</w:t>
      </w:r>
    </w:p>
    <w:p w14:paraId="12A93735" w14:textId="77777777" w:rsidR="00164EDA" w:rsidRDefault="00000000">
      <w:pPr>
        <w:rPr>
          <w:lang w:eastAsia="ja-JP"/>
        </w:rPr>
      </w:pPr>
      <w:r>
        <w:rPr>
          <w:lang w:eastAsia="ja-JP"/>
        </w:rPr>
        <w:br w:type="page"/>
      </w:r>
    </w:p>
    <w:p w14:paraId="00B7B5B0" w14:textId="77777777" w:rsidR="00164EDA" w:rsidRDefault="00000000">
      <w:pPr>
        <w:spacing w:before="140" w:after="40"/>
        <w:rPr>
          <w:lang w:eastAsia="ja-JP"/>
        </w:rPr>
      </w:pPr>
      <w:r>
        <w:rPr>
          <w:rFonts w:ascii="Yu Gothic" w:eastAsia="Yu Gothic" w:hAnsi="Yu Gothic" w:cs="Yu Gothic"/>
          <w:b/>
          <w:lang w:eastAsia="ja-JP"/>
        </w:rPr>
        <w:lastRenderedPageBreak/>
        <w:t>◆ 報酬・謝礼の明細</w:t>
      </w:r>
    </w:p>
    <w:p w14:paraId="22C1D4B7" w14:textId="77777777" w:rsidR="00164EDA" w:rsidRDefault="00000000">
      <w:pPr>
        <w:rPr>
          <w:lang w:eastAsia="ja-JP"/>
        </w:rPr>
      </w:pPr>
      <w:r>
        <w:rPr>
          <w:sz w:val="17"/>
          <w:lang w:eastAsia="ja-JP"/>
        </w:rPr>
        <w:t>報酬・謝礼を計上する場合は、下表に記入してください。合計額が申請額の30％を超える場合は、必要性の説明を特に詳しく記載してください（50％を超える場合は減点の対象となります）。源泉徴収分を含めた金額で記入してください。</w:t>
      </w:r>
    </w:p>
    <w:tbl>
      <w:tblPr>
        <w:tblStyle w:val="afe"/>
        <w:tblW w:w="9639" w:type="dxa"/>
        <w:jc w:val="center"/>
        <w:tblLayout w:type="fixed"/>
        <w:tblLook w:val="04A0" w:firstRow="1" w:lastRow="0" w:firstColumn="1" w:lastColumn="0" w:noHBand="0" w:noVBand="1"/>
      </w:tblPr>
      <w:tblGrid>
        <w:gridCol w:w="1929"/>
        <w:gridCol w:w="2382"/>
        <w:gridCol w:w="1247"/>
        <w:gridCol w:w="850"/>
        <w:gridCol w:w="850"/>
        <w:gridCol w:w="2381"/>
      </w:tblGrid>
      <w:tr w:rsidR="00164EDA" w14:paraId="34F45A44" w14:textId="77777777">
        <w:trPr>
          <w:jc w:val="center"/>
        </w:trPr>
        <w:tc>
          <w:tcPr>
            <w:tcW w:w="1928" w:type="dxa"/>
            <w:shd w:val="clear" w:color="auto" w:fill="E8E8E8"/>
          </w:tcPr>
          <w:p w14:paraId="010A37AB" w14:textId="77777777" w:rsidR="00164EDA" w:rsidRDefault="00000000">
            <w:pPr>
              <w:spacing w:before="20" w:after="20" w:line="252" w:lineRule="auto"/>
              <w:jc w:val="center"/>
              <w:rPr>
                <w:lang w:eastAsia="ja-JP"/>
              </w:rPr>
            </w:pPr>
            <w:r>
              <w:rPr>
                <w:rFonts w:ascii="Yu Gothic" w:eastAsia="Yu Gothic" w:hAnsi="Yu Gothic" w:cs="Yu Gothic"/>
                <w:b/>
                <w:sz w:val="17"/>
                <w:lang w:eastAsia="ja-JP"/>
              </w:rPr>
              <w:t>支払先の別（学外／学内、専門家／作業補助 等）</w:t>
            </w:r>
          </w:p>
        </w:tc>
        <w:tc>
          <w:tcPr>
            <w:tcW w:w="2381" w:type="dxa"/>
            <w:shd w:val="clear" w:color="auto" w:fill="E8E8E8"/>
          </w:tcPr>
          <w:p w14:paraId="0006492B" w14:textId="77777777" w:rsidR="00164EDA" w:rsidRDefault="00000000">
            <w:pPr>
              <w:spacing w:before="20" w:after="20" w:line="252" w:lineRule="auto"/>
              <w:jc w:val="center"/>
              <w:rPr>
                <w:lang w:eastAsia="ja-JP"/>
              </w:rPr>
            </w:pPr>
            <w:r>
              <w:rPr>
                <w:rFonts w:ascii="Yu Gothic" w:eastAsia="Yu Gothic" w:hAnsi="Yu Gothic" w:cs="Yu Gothic"/>
                <w:b/>
                <w:sz w:val="17"/>
                <w:lang w:eastAsia="ja-JP"/>
              </w:rPr>
              <w:t>内容（依頼する作業）</w:t>
            </w:r>
          </w:p>
        </w:tc>
        <w:tc>
          <w:tcPr>
            <w:tcW w:w="1247" w:type="dxa"/>
            <w:shd w:val="clear" w:color="auto" w:fill="E8E8E8"/>
          </w:tcPr>
          <w:p w14:paraId="0C31AEA2" w14:textId="77777777" w:rsidR="00164EDA" w:rsidRDefault="00000000">
            <w:pPr>
              <w:spacing w:before="20" w:after="20" w:line="252" w:lineRule="auto"/>
              <w:jc w:val="center"/>
            </w:pPr>
            <w:r>
              <w:rPr>
                <w:rFonts w:ascii="Yu Gothic" w:eastAsia="Yu Gothic" w:hAnsi="Yu Gothic" w:cs="Yu Gothic"/>
                <w:b/>
                <w:sz w:val="17"/>
              </w:rPr>
              <w:t>単価（円）</w:t>
            </w:r>
          </w:p>
        </w:tc>
        <w:tc>
          <w:tcPr>
            <w:tcW w:w="850" w:type="dxa"/>
            <w:shd w:val="clear" w:color="auto" w:fill="E8E8E8"/>
          </w:tcPr>
          <w:p w14:paraId="6905466D" w14:textId="77777777" w:rsidR="00164EDA" w:rsidRDefault="00000000">
            <w:pPr>
              <w:spacing w:before="20" w:after="20" w:line="252" w:lineRule="auto"/>
              <w:jc w:val="center"/>
            </w:pPr>
            <w:r>
              <w:rPr>
                <w:rFonts w:ascii="Yu Gothic" w:eastAsia="Yu Gothic" w:hAnsi="Yu Gothic" w:cs="Yu Gothic"/>
                <w:b/>
                <w:sz w:val="17"/>
              </w:rPr>
              <w:t>回数</w:t>
            </w:r>
          </w:p>
        </w:tc>
        <w:tc>
          <w:tcPr>
            <w:tcW w:w="850" w:type="dxa"/>
            <w:shd w:val="clear" w:color="auto" w:fill="E8E8E8"/>
          </w:tcPr>
          <w:p w14:paraId="0A6BBD33" w14:textId="77777777" w:rsidR="00164EDA" w:rsidRDefault="00000000">
            <w:pPr>
              <w:spacing w:before="20" w:after="20" w:line="252" w:lineRule="auto"/>
              <w:jc w:val="center"/>
            </w:pPr>
            <w:r>
              <w:rPr>
                <w:rFonts w:ascii="Yu Gothic" w:eastAsia="Yu Gothic" w:hAnsi="Yu Gothic" w:cs="Yu Gothic"/>
                <w:b/>
                <w:sz w:val="17"/>
              </w:rPr>
              <w:t>人数</w:t>
            </w:r>
          </w:p>
        </w:tc>
        <w:tc>
          <w:tcPr>
            <w:tcW w:w="2381" w:type="dxa"/>
            <w:shd w:val="clear" w:color="auto" w:fill="E8E8E8"/>
          </w:tcPr>
          <w:p w14:paraId="62461083" w14:textId="77777777" w:rsidR="00164EDA" w:rsidRDefault="00000000">
            <w:pPr>
              <w:spacing w:before="20" w:after="20" w:line="252" w:lineRule="auto"/>
              <w:jc w:val="center"/>
            </w:pPr>
            <w:r>
              <w:rPr>
                <w:rFonts w:ascii="Yu Gothic" w:eastAsia="Yu Gothic" w:hAnsi="Yu Gothic" w:cs="Yu Gothic"/>
                <w:b/>
                <w:sz w:val="17"/>
              </w:rPr>
              <w:t>研究計画上の必要性</w:t>
            </w:r>
          </w:p>
        </w:tc>
      </w:tr>
      <w:tr w:rsidR="00164EDA" w14:paraId="78610E47" w14:textId="77777777">
        <w:trPr>
          <w:trHeight w:val="567"/>
          <w:jc w:val="center"/>
        </w:trPr>
        <w:tc>
          <w:tcPr>
            <w:tcW w:w="1928" w:type="dxa"/>
          </w:tcPr>
          <w:p w14:paraId="1D37B307" w14:textId="77777777" w:rsidR="00164EDA" w:rsidRDefault="00164EDA">
            <w:pPr>
              <w:spacing w:before="20" w:after="20" w:line="252" w:lineRule="auto"/>
            </w:pPr>
          </w:p>
        </w:tc>
        <w:tc>
          <w:tcPr>
            <w:tcW w:w="2381" w:type="dxa"/>
          </w:tcPr>
          <w:p w14:paraId="7CDBE297" w14:textId="77777777" w:rsidR="00164EDA" w:rsidRDefault="00164EDA">
            <w:pPr>
              <w:spacing w:before="20" w:after="20" w:line="252" w:lineRule="auto"/>
            </w:pPr>
          </w:p>
        </w:tc>
        <w:tc>
          <w:tcPr>
            <w:tcW w:w="1247" w:type="dxa"/>
          </w:tcPr>
          <w:p w14:paraId="1A90ACE6" w14:textId="77777777" w:rsidR="00164EDA" w:rsidRDefault="00164EDA">
            <w:pPr>
              <w:spacing w:before="20" w:after="20" w:line="252" w:lineRule="auto"/>
            </w:pPr>
          </w:p>
        </w:tc>
        <w:tc>
          <w:tcPr>
            <w:tcW w:w="850" w:type="dxa"/>
          </w:tcPr>
          <w:p w14:paraId="3B45B890" w14:textId="77777777" w:rsidR="00164EDA" w:rsidRDefault="00164EDA">
            <w:pPr>
              <w:spacing w:before="20" w:after="20" w:line="252" w:lineRule="auto"/>
            </w:pPr>
          </w:p>
        </w:tc>
        <w:tc>
          <w:tcPr>
            <w:tcW w:w="850" w:type="dxa"/>
          </w:tcPr>
          <w:p w14:paraId="7CC65150" w14:textId="77777777" w:rsidR="00164EDA" w:rsidRDefault="00164EDA">
            <w:pPr>
              <w:spacing w:before="20" w:after="20" w:line="252" w:lineRule="auto"/>
            </w:pPr>
          </w:p>
        </w:tc>
        <w:tc>
          <w:tcPr>
            <w:tcW w:w="2381" w:type="dxa"/>
          </w:tcPr>
          <w:p w14:paraId="5F2A6492" w14:textId="77777777" w:rsidR="00164EDA" w:rsidRDefault="00164EDA">
            <w:pPr>
              <w:spacing w:before="20" w:after="20" w:line="252" w:lineRule="auto"/>
            </w:pPr>
          </w:p>
        </w:tc>
      </w:tr>
      <w:tr w:rsidR="00164EDA" w14:paraId="4E806D7A" w14:textId="77777777">
        <w:trPr>
          <w:trHeight w:val="567"/>
          <w:jc w:val="center"/>
        </w:trPr>
        <w:tc>
          <w:tcPr>
            <w:tcW w:w="1928" w:type="dxa"/>
          </w:tcPr>
          <w:p w14:paraId="3E6DA072" w14:textId="77777777" w:rsidR="00164EDA" w:rsidRDefault="00164EDA">
            <w:pPr>
              <w:spacing w:before="20" w:after="20" w:line="252" w:lineRule="auto"/>
            </w:pPr>
          </w:p>
        </w:tc>
        <w:tc>
          <w:tcPr>
            <w:tcW w:w="2381" w:type="dxa"/>
          </w:tcPr>
          <w:p w14:paraId="0EB10969" w14:textId="77777777" w:rsidR="00164EDA" w:rsidRDefault="00164EDA">
            <w:pPr>
              <w:spacing w:before="20" w:after="20" w:line="252" w:lineRule="auto"/>
            </w:pPr>
          </w:p>
        </w:tc>
        <w:tc>
          <w:tcPr>
            <w:tcW w:w="1247" w:type="dxa"/>
          </w:tcPr>
          <w:p w14:paraId="38C2CC60" w14:textId="77777777" w:rsidR="00164EDA" w:rsidRDefault="00164EDA">
            <w:pPr>
              <w:spacing w:before="20" w:after="20" w:line="252" w:lineRule="auto"/>
            </w:pPr>
          </w:p>
        </w:tc>
        <w:tc>
          <w:tcPr>
            <w:tcW w:w="850" w:type="dxa"/>
          </w:tcPr>
          <w:p w14:paraId="24274070" w14:textId="77777777" w:rsidR="00164EDA" w:rsidRDefault="00164EDA">
            <w:pPr>
              <w:spacing w:before="20" w:after="20" w:line="252" w:lineRule="auto"/>
            </w:pPr>
          </w:p>
        </w:tc>
        <w:tc>
          <w:tcPr>
            <w:tcW w:w="850" w:type="dxa"/>
          </w:tcPr>
          <w:p w14:paraId="10DFE00F" w14:textId="77777777" w:rsidR="00164EDA" w:rsidRDefault="00164EDA">
            <w:pPr>
              <w:spacing w:before="20" w:after="20" w:line="252" w:lineRule="auto"/>
            </w:pPr>
          </w:p>
        </w:tc>
        <w:tc>
          <w:tcPr>
            <w:tcW w:w="2381" w:type="dxa"/>
          </w:tcPr>
          <w:p w14:paraId="77A34AFB" w14:textId="77777777" w:rsidR="00164EDA" w:rsidRDefault="00164EDA">
            <w:pPr>
              <w:spacing w:before="20" w:after="20" w:line="252" w:lineRule="auto"/>
            </w:pPr>
          </w:p>
        </w:tc>
      </w:tr>
      <w:tr w:rsidR="00164EDA" w14:paraId="6AA7BCE7" w14:textId="77777777">
        <w:trPr>
          <w:trHeight w:val="567"/>
          <w:jc w:val="center"/>
        </w:trPr>
        <w:tc>
          <w:tcPr>
            <w:tcW w:w="1928" w:type="dxa"/>
          </w:tcPr>
          <w:p w14:paraId="2FF4C98C" w14:textId="77777777" w:rsidR="00164EDA" w:rsidRDefault="00164EDA">
            <w:pPr>
              <w:spacing w:before="20" w:after="20" w:line="252" w:lineRule="auto"/>
            </w:pPr>
          </w:p>
        </w:tc>
        <w:tc>
          <w:tcPr>
            <w:tcW w:w="2381" w:type="dxa"/>
          </w:tcPr>
          <w:p w14:paraId="5CE4CCBC" w14:textId="77777777" w:rsidR="00164EDA" w:rsidRDefault="00164EDA">
            <w:pPr>
              <w:spacing w:before="20" w:after="20" w:line="252" w:lineRule="auto"/>
            </w:pPr>
          </w:p>
        </w:tc>
        <w:tc>
          <w:tcPr>
            <w:tcW w:w="1247" w:type="dxa"/>
          </w:tcPr>
          <w:p w14:paraId="508F3012" w14:textId="77777777" w:rsidR="00164EDA" w:rsidRDefault="00164EDA">
            <w:pPr>
              <w:spacing w:before="20" w:after="20" w:line="252" w:lineRule="auto"/>
            </w:pPr>
          </w:p>
        </w:tc>
        <w:tc>
          <w:tcPr>
            <w:tcW w:w="850" w:type="dxa"/>
          </w:tcPr>
          <w:p w14:paraId="20341256" w14:textId="77777777" w:rsidR="00164EDA" w:rsidRDefault="00164EDA">
            <w:pPr>
              <w:spacing w:before="20" w:after="20" w:line="252" w:lineRule="auto"/>
            </w:pPr>
          </w:p>
        </w:tc>
        <w:tc>
          <w:tcPr>
            <w:tcW w:w="850" w:type="dxa"/>
          </w:tcPr>
          <w:p w14:paraId="08B02105" w14:textId="77777777" w:rsidR="00164EDA" w:rsidRDefault="00164EDA">
            <w:pPr>
              <w:spacing w:before="20" w:after="20" w:line="252" w:lineRule="auto"/>
            </w:pPr>
          </w:p>
        </w:tc>
        <w:tc>
          <w:tcPr>
            <w:tcW w:w="2381" w:type="dxa"/>
          </w:tcPr>
          <w:p w14:paraId="67EF83FF" w14:textId="77777777" w:rsidR="00164EDA" w:rsidRDefault="00164EDA">
            <w:pPr>
              <w:spacing w:before="20" w:after="20" w:line="252" w:lineRule="auto"/>
            </w:pPr>
          </w:p>
        </w:tc>
      </w:tr>
      <w:tr w:rsidR="00164EDA" w14:paraId="571A6AF9" w14:textId="77777777">
        <w:trPr>
          <w:jc w:val="center"/>
        </w:trPr>
        <w:tc>
          <w:tcPr>
            <w:tcW w:w="1928" w:type="dxa"/>
            <w:shd w:val="clear" w:color="auto" w:fill="F2F2F2"/>
          </w:tcPr>
          <w:p w14:paraId="4006E001" w14:textId="77777777" w:rsidR="00164EDA" w:rsidRDefault="00000000">
            <w:pPr>
              <w:spacing w:before="20" w:after="20" w:line="252" w:lineRule="auto"/>
              <w:jc w:val="center"/>
            </w:pPr>
            <w:r>
              <w:rPr>
                <w:rFonts w:ascii="Yu Gothic" w:eastAsia="Yu Gothic" w:hAnsi="Yu Gothic" w:cs="Yu Gothic"/>
                <w:b/>
                <w:sz w:val="18"/>
              </w:rPr>
              <w:t>小　計</w:t>
            </w:r>
          </w:p>
        </w:tc>
        <w:tc>
          <w:tcPr>
            <w:tcW w:w="7709" w:type="dxa"/>
            <w:gridSpan w:val="5"/>
          </w:tcPr>
          <w:p w14:paraId="62CC6A64" w14:textId="77777777" w:rsidR="00164EDA" w:rsidRDefault="00000000">
            <w:pPr>
              <w:spacing w:before="20" w:after="20" w:line="252" w:lineRule="auto"/>
              <w:rPr>
                <w:lang w:eastAsia="ja-JP"/>
              </w:rPr>
            </w:pPr>
            <w:r>
              <w:rPr>
                <w:sz w:val="18"/>
                <w:lang w:eastAsia="ja-JP"/>
              </w:rPr>
              <w:t xml:space="preserve">　　　　　　　　　　　円　（申請額に占める割合：　　　　％）</w:t>
            </w:r>
          </w:p>
        </w:tc>
      </w:tr>
    </w:tbl>
    <w:p w14:paraId="2B86BAD5" w14:textId="77777777" w:rsidR="00164EDA" w:rsidRDefault="00164EDA">
      <w:pPr>
        <w:rPr>
          <w:lang w:eastAsia="ja-JP"/>
        </w:rPr>
      </w:pPr>
    </w:p>
    <w:p w14:paraId="6ABA5831" w14:textId="77777777" w:rsidR="00164EDA" w:rsidRDefault="00000000">
      <w:pPr>
        <w:spacing w:before="140" w:after="40"/>
        <w:rPr>
          <w:lang w:eastAsia="ja-JP"/>
        </w:rPr>
      </w:pPr>
      <w:r>
        <w:rPr>
          <w:rFonts w:ascii="Yu Gothic" w:eastAsia="Yu Gothic" w:hAnsi="Yu Gothic" w:cs="Yu Gothic"/>
          <w:b/>
          <w:lang w:eastAsia="ja-JP"/>
        </w:rPr>
        <w:t>◆ 旅費の明細</w:t>
      </w:r>
    </w:p>
    <w:p w14:paraId="09D62F57" w14:textId="77777777" w:rsidR="00164EDA" w:rsidRDefault="00000000">
      <w:pPr>
        <w:rPr>
          <w:lang w:eastAsia="ja-JP"/>
        </w:rPr>
      </w:pPr>
      <w:r>
        <w:rPr>
          <w:sz w:val="17"/>
          <w:lang w:eastAsia="ja-JP"/>
        </w:rPr>
        <w:t>旅費を計上する場合は、下表に記入してください。旅費の合計はプロジェクト費の半額を超えることができません。海外出張旅費は支出できません。</w:t>
      </w:r>
    </w:p>
    <w:tbl>
      <w:tblPr>
        <w:tblStyle w:val="afe"/>
        <w:tblW w:w="9639" w:type="dxa"/>
        <w:jc w:val="center"/>
        <w:tblLayout w:type="fixed"/>
        <w:tblLook w:val="04A0" w:firstRow="1" w:lastRow="0" w:firstColumn="1" w:lastColumn="0" w:noHBand="0" w:noVBand="1"/>
      </w:tblPr>
      <w:tblGrid>
        <w:gridCol w:w="1702"/>
        <w:gridCol w:w="2381"/>
        <w:gridCol w:w="1247"/>
        <w:gridCol w:w="850"/>
        <w:gridCol w:w="850"/>
        <w:gridCol w:w="2609"/>
      </w:tblGrid>
      <w:tr w:rsidR="00164EDA" w14:paraId="24A36163" w14:textId="77777777">
        <w:trPr>
          <w:jc w:val="center"/>
        </w:trPr>
        <w:tc>
          <w:tcPr>
            <w:tcW w:w="1701" w:type="dxa"/>
            <w:shd w:val="clear" w:color="auto" w:fill="E8E8E8"/>
          </w:tcPr>
          <w:p w14:paraId="78E2C06B" w14:textId="77777777" w:rsidR="00164EDA" w:rsidRDefault="00000000">
            <w:pPr>
              <w:spacing w:before="20" w:after="20" w:line="252" w:lineRule="auto"/>
              <w:jc w:val="center"/>
            </w:pPr>
            <w:r>
              <w:rPr>
                <w:rFonts w:ascii="Yu Gothic" w:eastAsia="Yu Gothic" w:hAnsi="Yu Gothic" w:cs="Yu Gothic"/>
                <w:b/>
                <w:sz w:val="17"/>
              </w:rPr>
              <w:t>行　先</w:t>
            </w:r>
          </w:p>
        </w:tc>
        <w:tc>
          <w:tcPr>
            <w:tcW w:w="2381" w:type="dxa"/>
            <w:shd w:val="clear" w:color="auto" w:fill="E8E8E8"/>
          </w:tcPr>
          <w:p w14:paraId="2DFCC255" w14:textId="77777777" w:rsidR="00164EDA" w:rsidRDefault="00000000">
            <w:pPr>
              <w:spacing w:before="20" w:after="20" w:line="252" w:lineRule="auto"/>
              <w:jc w:val="center"/>
              <w:rPr>
                <w:lang w:eastAsia="ja-JP"/>
              </w:rPr>
            </w:pPr>
            <w:r>
              <w:rPr>
                <w:rFonts w:ascii="Yu Gothic" w:eastAsia="Yu Gothic" w:hAnsi="Yu Gothic" w:cs="Yu Gothic"/>
                <w:b/>
                <w:sz w:val="17"/>
                <w:lang w:eastAsia="ja-JP"/>
              </w:rPr>
              <w:t>目的（学会名・用務）</w:t>
            </w:r>
          </w:p>
        </w:tc>
        <w:tc>
          <w:tcPr>
            <w:tcW w:w="1247" w:type="dxa"/>
            <w:shd w:val="clear" w:color="auto" w:fill="E8E8E8"/>
          </w:tcPr>
          <w:p w14:paraId="54B7FB4A" w14:textId="77777777" w:rsidR="00164EDA" w:rsidRDefault="00000000">
            <w:pPr>
              <w:spacing w:before="20" w:after="20" w:line="252" w:lineRule="auto"/>
              <w:jc w:val="center"/>
            </w:pPr>
            <w:r>
              <w:rPr>
                <w:rFonts w:ascii="Yu Gothic" w:eastAsia="Yu Gothic" w:hAnsi="Yu Gothic" w:cs="Yu Gothic"/>
                <w:b/>
                <w:sz w:val="17"/>
              </w:rPr>
              <w:t>単価（円）</w:t>
            </w:r>
          </w:p>
        </w:tc>
        <w:tc>
          <w:tcPr>
            <w:tcW w:w="850" w:type="dxa"/>
            <w:shd w:val="clear" w:color="auto" w:fill="E8E8E8"/>
          </w:tcPr>
          <w:p w14:paraId="31301981" w14:textId="77777777" w:rsidR="00164EDA" w:rsidRDefault="00000000">
            <w:pPr>
              <w:spacing w:before="20" w:after="20" w:line="252" w:lineRule="auto"/>
              <w:jc w:val="center"/>
            </w:pPr>
            <w:r>
              <w:rPr>
                <w:rFonts w:ascii="Yu Gothic" w:eastAsia="Yu Gothic" w:hAnsi="Yu Gothic" w:cs="Yu Gothic"/>
                <w:b/>
                <w:sz w:val="17"/>
              </w:rPr>
              <w:t>回数</w:t>
            </w:r>
          </w:p>
        </w:tc>
        <w:tc>
          <w:tcPr>
            <w:tcW w:w="850" w:type="dxa"/>
            <w:shd w:val="clear" w:color="auto" w:fill="E8E8E8"/>
          </w:tcPr>
          <w:p w14:paraId="1D4F389E" w14:textId="77777777" w:rsidR="00164EDA" w:rsidRDefault="00000000">
            <w:pPr>
              <w:spacing w:before="20" w:after="20" w:line="252" w:lineRule="auto"/>
              <w:jc w:val="center"/>
            </w:pPr>
            <w:r>
              <w:rPr>
                <w:rFonts w:ascii="Yu Gothic" w:eastAsia="Yu Gothic" w:hAnsi="Yu Gothic" w:cs="Yu Gothic"/>
                <w:b/>
                <w:sz w:val="17"/>
              </w:rPr>
              <w:t>人数</w:t>
            </w:r>
          </w:p>
        </w:tc>
        <w:tc>
          <w:tcPr>
            <w:tcW w:w="2608" w:type="dxa"/>
            <w:shd w:val="clear" w:color="auto" w:fill="E8E8E8"/>
          </w:tcPr>
          <w:p w14:paraId="033BB535" w14:textId="77777777" w:rsidR="00164EDA" w:rsidRDefault="00000000">
            <w:pPr>
              <w:spacing w:before="20" w:after="20" w:line="252" w:lineRule="auto"/>
              <w:jc w:val="center"/>
            </w:pPr>
            <w:r>
              <w:rPr>
                <w:rFonts w:ascii="Yu Gothic" w:eastAsia="Yu Gothic" w:hAnsi="Yu Gothic" w:cs="Yu Gothic"/>
                <w:b/>
                <w:sz w:val="17"/>
              </w:rPr>
              <w:t>研究計画上の必要性</w:t>
            </w:r>
          </w:p>
        </w:tc>
      </w:tr>
      <w:tr w:rsidR="00164EDA" w14:paraId="6951497B" w14:textId="77777777">
        <w:trPr>
          <w:trHeight w:val="567"/>
          <w:jc w:val="center"/>
        </w:trPr>
        <w:tc>
          <w:tcPr>
            <w:tcW w:w="1701" w:type="dxa"/>
          </w:tcPr>
          <w:p w14:paraId="2ADBD01C" w14:textId="77777777" w:rsidR="00164EDA" w:rsidRDefault="00164EDA">
            <w:pPr>
              <w:spacing w:before="20" w:after="20" w:line="252" w:lineRule="auto"/>
            </w:pPr>
          </w:p>
        </w:tc>
        <w:tc>
          <w:tcPr>
            <w:tcW w:w="2381" w:type="dxa"/>
          </w:tcPr>
          <w:p w14:paraId="4DCB950B" w14:textId="77777777" w:rsidR="00164EDA" w:rsidRDefault="00164EDA">
            <w:pPr>
              <w:spacing w:before="20" w:after="20" w:line="252" w:lineRule="auto"/>
            </w:pPr>
          </w:p>
        </w:tc>
        <w:tc>
          <w:tcPr>
            <w:tcW w:w="1247" w:type="dxa"/>
          </w:tcPr>
          <w:p w14:paraId="16219CCB" w14:textId="77777777" w:rsidR="00164EDA" w:rsidRDefault="00164EDA">
            <w:pPr>
              <w:spacing w:before="20" w:after="20" w:line="252" w:lineRule="auto"/>
            </w:pPr>
          </w:p>
        </w:tc>
        <w:tc>
          <w:tcPr>
            <w:tcW w:w="850" w:type="dxa"/>
          </w:tcPr>
          <w:p w14:paraId="2288CA66" w14:textId="77777777" w:rsidR="00164EDA" w:rsidRDefault="00164EDA">
            <w:pPr>
              <w:spacing w:before="20" w:after="20" w:line="252" w:lineRule="auto"/>
            </w:pPr>
          </w:p>
        </w:tc>
        <w:tc>
          <w:tcPr>
            <w:tcW w:w="850" w:type="dxa"/>
          </w:tcPr>
          <w:p w14:paraId="74C97CCC" w14:textId="77777777" w:rsidR="00164EDA" w:rsidRDefault="00164EDA">
            <w:pPr>
              <w:spacing w:before="20" w:after="20" w:line="252" w:lineRule="auto"/>
            </w:pPr>
          </w:p>
        </w:tc>
        <w:tc>
          <w:tcPr>
            <w:tcW w:w="2608" w:type="dxa"/>
          </w:tcPr>
          <w:p w14:paraId="70C5A4D4" w14:textId="77777777" w:rsidR="00164EDA" w:rsidRDefault="00164EDA">
            <w:pPr>
              <w:spacing w:before="20" w:after="20" w:line="252" w:lineRule="auto"/>
            </w:pPr>
          </w:p>
        </w:tc>
      </w:tr>
      <w:tr w:rsidR="00164EDA" w14:paraId="14608D2D" w14:textId="77777777">
        <w:trPr>
          <w:trHeight w:val="567"/>
          <w:jc w:val="center"/>
        </w:trPr>
        <w:tc>
          <w:tcPr>
            <w:tcW w:w="1701" w:type="dxa"/>
          </w:tcPr>
          <w:p w14:paraId="6E7CE63F" w14:textId="77777777" w:rsidR="00164EDA" w:rsidRDefault="00164EDA">
            <w:pPr>
              <w:spacing w:before="20" w:after="20" w:line="252" w:lineRule="auto"/>
            </w:pPr>
          </w:p>
        </w:tc>
        <w:tc>
          <w:tcPr>
            <w:tcW w:w="2381" w:type="dxa"/>
          </w:tcPr>
          <w:p w14:paraId="4899F4AC" w14:textId="77777777" w:rsidR="00164EDA" w:rsidRDefault="00164EDA">
            <w:pPr>
              <w:spacing w:before="20" w:after="20" w:line="252" w:lineRule="auto"/>
            </w:pPr>
          </w:p>
        </w:tc>
        <w:tc>
          <w:tcPr>
            <w:tcW w:w="1247" w:type="dxa"/>
          </w:tcPr>
          <w:p w14:paraId="554C5901" w14:textId="77777777" w:rsidR="00164EDA" w:rsidRDefault="00164EDA">
            <w:pPr>
              <w:spacing w:before="20" w:after="20" w:line="252" w:lineRule="auto"/>
            </w:pPr>
          </w:p>
        </w:tc>
        <w:tc>
          <w:tcPr>
            <w:tcW w:w="850" w:type="dxa"/>
          </w:tcPr>
          <w:p w14:paraId="6CFF5221" w14:textId="77777777" w:rsidR="00164EDA" w:rsidRDefault="00164EDA">
            <w:pPr>
              <w:spacing w:before="20" w:after="20" w:line="252" w:lineRule="auto"/>
            </w:pPr>
          </w:p>
        </w:tc>
        <w:tc>
          <w:tcPr>
            <w:tcW w:w="850" w:type="dxa"/>
          </w:tcPr>
          <w:p w14:paraId="19FEA2DE" w14:textId="77777777" w:rsidR="00164EDA" w:rsidRDefault="00164EDA">
            <w:pPr>
              <w:spacing w:before="20" w:after="20" w:line="252" w:lineRule="auto"/>
            </w:pPr>
          </w:p>
        </w:tc>
        <w:tc>
          <w:tcPr>
            <w:tcW w:w="2608" w:type="dxa"/>
          </w:tcPr>
          <w:p w14:paraId="58BAE142" w14:textId="77777777" w:rsidR="00164EDA" w:rsidRDefault="00164EDA">
            <w:pPr>
              <w:spacing w:before="20" w:after="20" w:line="252" w:lineRule="auto"/>
            </w:pPr>
          </w:p>
        </w:tc>
      </w:tr>
      <w:tr w:rsidR="00164EDA" w14:paraId="03413DB7" w14:textId="77777777">
        <w:trPr>
          <w:trHeight w:val="567"/>
          <w:jc w:val="center"/>
        </w:trPr>
        <w:tc>
          <w:tcPr>
            <w:tcW w:w="1701" w:type="dxa"/>
          </w:tcPr>
          <w:p w14:paraId="5714B5E9" w14:textId="77777777" w:rsidR="00164EDA" w:rsidRDefault="00164EDA">
            <w:pPr>
              <w:spacing w:before="20" w:after="20" w:line="252" w:lineRule="auto"/>
            </w:pPr>
          </w:p>
        </w:tc>
        <w:tc>
          <w:tcPr>
            <w:tcW w:w="2381" w:type="dxa"/>
          </w:tcPr>
          <w:p w14:paraId="50939F2F" w14:textId="77777777" w:rsidR="00164EDA" w:rsidRDefault="00164EDA">
            <w:pPr>
              <w:spacing w:before="20" w:after="20" w:line="252" w:lineRule="auto"/>
            </w:pPr>
          </w:p>
        </w:tc>
        <w:tc>
          <w:tcPr>
            <w:tcW w:w="1247" w:type="dxa"/>
          </w:tcPr>
          <w:p w14:paraId="4A4EAB5C" w14:textId="77777777" w:rsidR="00164EDA" w:rsidRDefault="00164EDA">
            <w:pPr>
              <w:spacing w:before="20" w:after="20" w:line="252" w:lineRule="auto"/>
            </w:pPr>
          </w:p>
        </w:tc>
        <w:tc>
          <w:tcPr>
            <w:tcW w:w="850" w:type="dxa"/>
          </w:tcPr>
          <w:p w14:paraId="4710C7BB" w14:textId="77777777" w:rsidR="00164EDA" w:rsidRDefault="00164EDA">
            <w:pPr>
              <w:spacing w:before="20" w:after="20" w:line="252" w:lineRule="auto"/>
            </w:pPr>
          </w:p>
        </w:tc>
        <w:tc>
          <w:tcPr>
            <w:tcW w:w="850" w:type="dxa"/>
          </w:tcPr>
          <w:p w14:paraId="69CB2C92" w14:textId="77777777" w:rsidR="00164EDA" w:rsidRDefault="00164EDA">
            <w:pPr>
              <w:spacing w:before="20" w:after="20" w:line="252" w:lineRule="auto"/>
            </w:pPr>
          </w:p>
        </w:tc>
        <w:tc>
          <w:tcPr>
            <w:tcW w:w="2608" w:type="dxa"/>
          </w:tcPr>
          <w:p w14:paraId="3279BC80" w14:textId="77777777" w:rsidR="00164EDA" w:rsidRDefault="00164EDA">
            <w:pPr>
              <w:spacing w:before="20" w:after="20" w:line="252" w:lineRule="auto"/>
            </w:pPr>
          </w:p>
        </w:tc>
      </w:tr>
      <w:tr w:rsidR="00164EDA" w14:paraId="24065312" w14:textId="77777777">
        <w:trPr>
          <w:jc w:val="center"/>
        </w:trPr>
        <w:tc>
          <w:tcPr>
            <w:tcW w:w="1701" w:type="dxa"/>
            <w:shd w:val="clear" w:color="auto" w:fill="F2F2F2"/>
          </w:tcPr>
          <w:p w14:paraId="78E94655" w14:textId="77777777" w:rsidR="00164EDA" w:rsidRDefault="00000000">
            <w:pPr>
              <w:spacing w:before="20" w:after="20" w:line="252" w:lineRule="auto"/>
              <w:jc w:val="center"/>
            </w:pPr>
            <w:r>
              <w:rPr>
                <w:rFonts w:ascii="Yu Gothic" w:eastAsia="Yu Gothic" w:hAnsi="Yu Gothic" w:cs="Yu Gothic"/>
                <w:b/>
                <w:sz w:val="18"/>
              </w:rPr>
              <w:t>小　計</w:t>
            </w:r>
          </w:p>
        </w:tc>
        <w:tc>
          <w:tcPr>
            <w:tcW w:w="7936" w:type="dxa"/>
            <w:gridSpan w:val="5"/>
          </w:tcPr>
          <w:p w14:paraId="283C1535" w14:textId="77777777" w:rsidR="00164EDA" w:rsidRDefault="00000000">
            <w:pPr>
              <w:spacing w:before="20" w:after="20" w:line="252" w:lineRule="auto"/>
              <w:rPr>
                <w:lang w:eastAsia="ja-JP"/>
              </w:rPr>
            </w:pPr>
            <w:r>
              <w:rPr>
                <w:sz w:val="18"/>
                <w:lang w:eastAsia="ja-JP"/>
              </w:rPr>
              <w:t xml:space="preserve">　　　　　　　　　　　円　（申請額に占める割合：　　　　％）</w:t>
            </w:r>
          </w:p>
        </w:tc>
      </w:tr>
    </w:tbl>
    <w:p w14:paraId="21AD9196" w14:textId="77777777" w:rsidR="00164EDA" w:rsidRDefault="00164EDA">
      <w:pPr>
        <w:rPr>
          <w:lang w:eastAsia="ja-JP"/>
        </w:rPr>
      </w:pPr>
    </w:p>
    <w:tbl>
      <w:tblPr>
        <w:tblStyle w:val="afe"/>
        <w:tblW w:w="9639" w:type="dxa"/>
        <w:jc w:val="center"/>
        <w:tblLayout w:type="fixed"/>
        <w:tblLook w:val="04A0" w:firstRow="1" w:lastRow="0" w:firstColumn="1" w:lastColumn="0" w:noHBand="0" w:noVBand="1"/>
      </w:tblPr>
      <w:tblGrid>
        <w:gridCol w:w="9639"/>
      </w:tblGrid>
      <w:tr w:rsidR="00164EDA" w14:paraId="4837390C" w14:textId="77777777">
        <w:trPr>
          <w:jc w:val="center"/>
        </w:trPr>
        <w:tc>
          <w:tcPr>
            <w:tcW w:w="9638" w:type="dxa"/>
            <w:shd w:val="clear" w:color="auto" w:fill="E8E8E8"/>
          </w:tcPr>
          <w:p w14:paraId="1AB6FC3D" w14:textId="77777777" w:rsidR="00164EDA" w:rsidRDefault="00000000">
            <w:pPr>
              <w:spacing w:before="20" w:after="20" w:line="252" w:lineRule="auto"/>
              <w:rPr>
                <w:lang w:eastAsia="ja-JP"/>
              </w:rPr>
            </w:pPr>
            <w:r>
              <w:rPr>
                <w:rFonts w:ascii="Yu Gothic" w:eastAsia="Yu Gothic" w:hAnsi="Yu Gothic" w:cs="Yu Gothic"/>
                <w:b/>
                <w:lang w:eastAsia="ja-JP"/>
              </w:rPr>
              <w:t>◆ 研究経費の必要性・妥当性　【600字程度】</w:t>
            </w:r>
          </w:p>
          <w:p w14:paraId="78F77457" w14:textId="77777777" w:rsidR="00164EDA" w:rsidRDefault="00000000">
            <w:pPr>
              <w:spacing w:before="20" w:after="20" w:line="252" w:lineRule="auto"/>
              <w:rPr>
                <w:lang w:eastAsia="ja-JP"/>
              </w:rPr>
            </w:pPr>
            <w:r>
              <w:rPr>
                <w:sz w:val="17"/>
                <w:lang w:eastAsia="ja-JP"/>
              </w:rPr>
              <w:t>研究規模・研究体制等をふまえ、研究経費の必要性・妥当性・積算根拠について記述してください。特定の費目が全体の大きな割合を占める場合は、当該経費の必要性を内訳とともに詳しく記述してください。当該研究分野で通常の研究を行うために必要とされる設備・器具・資材等の購入が申請額の大きな部分を占める場合は、本プロジェクト（情報技術に関わる研究）としての必然性を説明してください。</w:t>
            </w:r>
          </w:p>
        </w:tc>
      </w:tr>
      <w:tr w:rsidR="00164EDA" w14:paraId="1BAF42E0" w14:textId="77777777" w:rsidTr="00BF7D0E">
        <w:trPr>
          <w:trHeight w:val="3909"/>
          <w:jc w:val="center"/>
        </w:trPr>
        <w:tc>
          <w:tcPr>
            <w:tcW w:w="9638" w:type="dxa"/>
          </w:tcPr>
          <w:p w14:paraId="09945C8D" w14:textId="77777777" w:rsidR="00164EDA" w:rsidRDefault="00164EDA">
            <w:pPr>
              <w:spacing w:before="20" w:after="20" w:line="252" w:lineRule="auto"/>
              <w:rPr>
                <w:lang w:eastAsia="ja-JP"/>
              </w:rPr>
            </w:pPr>
          </w:p>
        </w:tc>
      </w:tr>
    </w:tbl>
    <w:p w14:paraId="2DA540F3" w14:textId="16DDB8D9" w:rsidR="00164EDA" w:rsidRDefault="00164EDA">
      <w:pPr>
        <w:spacing w:before="20" w:after="80"/>
        <w:rPr>
          <w:lang w:eastAsia="ja-JP"/>
        </w:rPr>
      </w:pPr>
    </w:p>
    <w:sectPr w:rsidR="00164EDA"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620F8B" w14:textId="77777777" w:rsidR="00DA5410" w:rsidRDefault="00DA5410">
      <w:pPr>
        <w:spacing w:after="0" w:line="240" w:lineRule="auto"/>
      </w:pPr>
      <w:r>
        <w:separator/>
      </w:r>
    </w:p>
  </w:endnote>
  <w:endnote w:type="continuationSeparator" w:id="0">
    <w:p w14:paraId="60AE03C2" w14:textId="77777777" w:rsidR="00DA5410" w:rsidRDefault="00DA5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6D0CB3" w14:textId="77777777" w:rsidR="00164EDA" w:rsidRDefault="00000000">
    <w:pPr>
      <w:pStyle w:val="a7"/>
      <w:jc w:val="center"/>
    </w:pPr>
    <w:r>
      <w:rPr>
        <w:sz w:val="18"/>
      </w:rPr>
      <w:fldChar w:fldCharType="begin"/>
    </w:r>
    <w:r>
      <w:rPr>
        <w:sz w:val="18"/>
      </w:rPr>
      <w:instrText xml:space="preserve"> PAGE </w:instrText>
    </w:r>
    <w:r>
      <w:rPr>
        <w:sz w:val="18"/>
      </w:rPr>
      <w:fldChar w:fldCharType="separate"/>
    </w:r>
    <w:r w:rsidR="00861F30">
      <w:rPr>
        <w:noProof/>
        <w:sz w:val="18"/>
      </w:rPr>
      <w:t>1</w:t>
    </w:r>
    <w:r>
      <w:rPr>
        <w:sz w:val="18"/>
      </w:rPr>
      <w:fldChar w:fldCharType="end"/>
    </w:r>
    <w:r>
      <w:rPr>
        <w:sz w:val="18"/>
      </w:rPr>
      <w:t xml:space="preserve"> / </w:t>
    </w:r>
    <w:r>
      <w:rPr>
        <w:sz w:val="18"/>
      </w:rPr>
      <w:fldChar w:fldCharType="begin"/>
    </w:r>
    <w:r>
      <w:rPr>
        <w:sz w:val="18"/>
      </w:rPr>
      <w:instrText xml:space="preserve"> NUMPAGES </w:instrText>
    </w:r>
    <w:r>
      <w:rPr>
        <w:sz w:val="18"/>
      </w:rPr>
      <w:fldChar w:fldCharType="separate"/>
    </w:r>
    <w:r w:rsidR="00861F30">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C60F4C" w14:textId="77777777" w:rsidR="00DA5410" w:rsidRDefault="00DA5410">
      <w:pPr>
        <w:spacing w:after="0" w:line="240" w:lineRule="auto"/>
      </w:pPr>
      <w:r>
        <w:separator/>
      </w:r>
    </w:p>
  </w:footnote>
  <w:footnote w:type="continuationSeparator" w:id="0">
    <w:p w14:paraId="1B52CBAD" w14:textId="77777777" w:rsidR="00DA5410" w:rsidRDefault="00DA5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84239451">
    <w:abstractNumId w:val="8"/>
  </w:num>
  <w:num w:numId="2" w16cid:durableId="888490197">
    <w:abstractNumId w:val="6"/>
  </w:num>
  <w:num w:numId="3" w16cid:durableId="319120913">
    <w:abstractNumId w:val="5"/>
  </w:num>
  <w:num w:numId="4" w16cid:durableId="356393310">
    <w:abstractNumId w:val="4"/>
  </w:num>
  <w:num w:numId="5" w16cid:durableId="699359112">
    <w:abstractNumId w:val="7"/>
  </w:num>
  <w:num w:numId="6" w16cid:durableId="233248050">
    <w:abstractNumId w:val="3"/>
  </w:num>
  <w:num w:numId="7" w16cid:durableId="922836269">
    <w:abstractNumId w:val="2"/>
  </w:num>
  <w:num w:numId="8" w16cid:durableId="1849320900">
    <w:abstractNumId w:val="1"/>
  </w:num>
  <w:num w:numId="9" w16cid:durableId="3484111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1813"/>
    <w:rsid w:val="0015074B"/>
    <w:rsid w:val="00164EDA"/>
    <w:rsid w:val="00176FC0"/>
    <w:rsid w:val="001D2B87"/>
    <w:rsid w:val="0029639D"/>
    <w:rsid w:val="00326F90"/>
    <w:rsid w:val="003B2014"/>
    <w:rsid w:val="00464506"/>
    <w:rsid w:val="00553514"/>
    <w:rsid w:val="00643B94"/>
    <w:rsid w:val="00827C71"/>
    <w:rsid w:val="00861F30"/>
    <w:rsid w:val="00881396"/>
    <w:rsid w:val="008B26A3"/>
    <w:rsid w:val="00947DCD"/>
    <w:rsid w:val="00A077A3"/>
    <w:rsid w:val="00AA1D8D"/>
    <w:rsid w:val="00B47730"/>
    <w:rsid w:val="00BF7D0E"/>
    <w:rsid w:val="00C65DE7"/>
    <w:rsid w:val="00CB0664"/>
    <w:rsid w:val="00D27473"/>
    <w:rsid w:val="00D86AB2"/>
    <w:rsid w:val="00DA5410"/>
    <w:rsid w:val="00EF3DDC"/>
    <w:rsid w:val="00F16CA3"/>
    <w:rsid w:val="00F40985"/>
    <w:rsid w:val="00FC693F"/>
    <w:rsid w:val="00FD2A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A14234F"/>
  <w14:defaultImageDpi w14:val="300"/>
  <w15:docId w15:val="{2BC4920B-24AE-2947-8023-CDD00F1AB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9" w:lineRule="auto"/>
    </w:pPr>
    <w:rPr>
      <w:rFonts w:ascii="游明朝" w:eastAsia="游明朝" w:hAnsi="游明朝" w:cs="游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568</Words>
  <Characters>3243</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前田　高志ニコラス</cp:lastModifiedBy>
  <cp:revision>16</cp:revision>
  <dcterms:created xsi:type="dcterms:W3CDTF">2013-12-23T23:15:00Z</dcterms:created>
  <dcterms:modified xsi:type="dcterms:W3CDTF">2026-08-24T10:55:00Z</dcterms:modified>
  <cp:category/>
</cp:coreProperties>
</file>