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D65E7C" w14:textId="77777777" w:rsidR="00F27341" w:rsidRDefault="00000000">
      <w:pPr>
        <w:spacing w:after="20"/>
        <w:jc w:val="center"/>
        <w:rPr>
          <w:lang w:eastAsia="ja-JP"/>
        </w:rPr>
      </w:pPr>
      <w:r>
        <w:rPr>
          <w:lang w:eastAsia="ja-JP"/>
        </w:rPr>
        <w:t>2027年度・計算機センター特別研究プロジェクト</w:t>
      </w:r>
    </w:p>
    <w:p w14:paraId="0AF37665" w14:textId="77777777" w:rsidR="00F27341" w:rsidRDefault="00000000">
      <w:pPr>
        <w:spacing w:before="120" w:after="200"/>
        <w:jc w:val="center"/>
        <w:rPr>
          <w:lang w:eastAsia="ja-JP"/>
        </w:rPr>
      </w:pPr>
      <w:r>
        <w:rPr>
          <w:rFonts w:ascii="Yu Gothic" w:eastAsia="Yu Gothic" w:hAnsi="Yu Gothic" w:cs="Yu Gothic"/>
          <w:b/>
          <w:sz w:val="26"/>
          <w:lang w:eastAsia="ja-JP"/>
        </w:rPr>
        <w:t>【新規申込書】　Ｃプロジェクト（情報基盤高度化プロジェクト）用</w:t>
      </w:r>
    </w:p>
    <w:p w14:paraId="3911AEC6" w14:textId="77777777" w:rsidR="00F27341" w:rsidRDefault="00000000">
      <w:pPr>
        <w:spacing w:after="120"/>
        <w:jc w:val="right"/>
      </w:pPr>
      <w:r>
        <w:t>年　　　　月　　　　日</w:t>
      </w:r>
    </w:p>
    <w:p w14:paraId="766AB09A" w14:textId="77777777" w:rsidR="00F27341" w:rsidRDefault="00000000">
      <w:pPr>
        <w:spacing w:after="20"/>
        <w:rPr>
          <w:lang w:eastAsia="ja-JP"/>
        </w:rPr>
      </w:pPr>
      <w:r>
        <w:rPr>
          <w:lang w:eastAsia="ja-JP"/>
        </w:rPr>
        <w:t>計算機センター所長</w:t>
      </w:r>
    </w:p>
    <w:p w14:paraId="7605F981" w14:textId="5B53123F" w:rsidR="00F27341" w:rsidRDefault="00000000">
      <w:pPr>
        <w:spacing w:after="120"/>
        <w:rPr>
          <w:lang w:eastAsia="ja-JP"/>
        </w:rPr>
      </w:pPr>
      <w:r>
        <w:rPr>
          <w:lang w:eastAsia="ja-JP"/>
        </w:rPr>
        <w:t>久 保 山 　哲 二　殿</w:t>
      </w:r>
    </w:p>
    <w:p w14:paraId="5E41C9EA" w14:textId="2C372A00" w:rsidR="00F27341" w:rsidRDefault="00000000">
      <w:pPr>
        <w:spacing w:after="120"/>
        <w:rPr>
          <w:lang w:eastAsia="ja-JP"/>
        </w:rPr>
      </w:pPr>
      <w:r>
        <w:rPr>
          <w:lang w:eastAsia="ja-JP"/>
        </w:rPr>
        <w:t xml:space="preserve">　下記のとおり計算機センター特別研究プロジェクト（Ｃプロジェクト）に申し込みます。</w:t>
      </w:r>
    </w:p>
    <w:tbl>
      <w:tblPr>
        <w:tblStyle w:val="afe"/>
        <w:tblW w:w="9639" w:type="dxa"/>
        <w:jc w:val="center"/>
        <w:tblLayout w:type="fixed"/>
        <w:tblLook w:val="04A0" w:firstRow="1" w:lastRow="0" w:firstColumn="1" w:lastColumn="0" w:noHBand="0" w:noVBand="1"/>
      </w:tblPr>
      <w:tblGrid>
        <w:gridCol w:w="9639"/>
      </w:tblGrid>
      <w:tr w:rsidR="00F27341" w14:paraId="2D7F5681" w14:textId="77777777">
        <w:trPr>
          <w:jc w:val="center"/>
        </w:trPr>
        <w:tc>
          <w:tcPr>
            <w:tcW w:w="9638" w:type="dxa"/>
            <w:shd w:val="clear" w:color="auto" w:fill="F2F2F2"/>
          </w:tcPr>
          <w:p w14:paraId="1CEC002F" w14:textId="77777777" w:rsidR="00F27341" w:rsidRDefault="00000000">
            <w:pPr>
              <w:spacing w:before="20" w:after="40" w:line="252" w:lineRule="auto"/>
              <w:rPr>
                <w:lang w:eastAsia="ja-JP"/>
              </w:rPr>
            </w:pPr>
            <w:r>
              <w:rPr>
                <w:rFonts w:ascii="Yu Gothic" w:eastAsia="Yu Gothic" w:hAnsi="Yu Gothic" w:cs="Yu Gothic"/>
                <w:b/>
                <w:sz w:val="20"/>
                <w:lang w:eastAsia="ja-JP"/>
              </w:rPr>
              <w:t>■ Ｃプロジェクト（情報基盤高度化プロジェクト）について</w:t>
            </w:r>
          </w:p>
          <w:p w14:paraId="24CFCD50" w14:textId="77777777" w:rsidR="00F27341" w:rsidRDefault="00000000">
            <w:pPr>
              <w:spacing w:before="20" w:after="30" w:line="252" w:lineRule="auto"/>
              <w:ind w:left="283" w:hanging="283"/>
              <w:rPr>
                <w:lang w:eastAsia="ja-JP"/>
              </w:rPr>
            </w:pPr>
            <w:r>
              <w:rPr>
                <w:sz w:val="18"/>
                <w:lang w:eastAsia="ja-JP"/>
              </w:rPr>
              <w:t>・本学の情報基盤・情報環境（ネットワーク、情報セキュリティ、認証基盤、サーバ・クラウド基盤、教育・学習支援システム、研究データ基盤等）の技術的高度化に資する、実践的な調査・設計・開発・実証を対象とします。</w:t>
            </w:r>
          </w:p>
          <w:p w14:paraId="53043F6B" w14:textId="77777777" w:rsidR="00F27341" w:rsidRDefault="00000000">
            <w:pPr>
              <w:spacing w:before="20" w:after="30" w:line="252" w:lineRule="auto"/>
              <w:ind w:left="283" w:hanging="283"/>
              <w:rPr>
                <w:lang w:eastAsia="ja-JP"/>
              </w:rPr>
            </w:pPr>
            <w:r>
              <w:rPr>
                <w:sz w:val="18"/>
                <w:lang w:eastAsia="ja-JP"/>
              </w:rPr>
              <w:t>・論文等の学術業績の公表は必須の成果要件としません。これに代えて、Ⅰ－５欄に記載する(1)成果物の公開または学内における実証導入と、(2)成果を説明する場を年度内に1回以上持つことが、必須の成果要件となります。</w:t>
            </w:r>
          </w:p>
          <w:p w14:paraId="0F0AD44D" w14:textId="77E7D453" w:rsidR="00F27341" w:rsidRDefault="00000000" w:rsidP="003F0F3F">
            <w:pPr>
              <w:spacing w:before="20" w:after="30" w:line="252" w:lineRule="auto"/>
              <w:ind w:left="283" w:hanging="283"/>
              <w:rPr>
                <w:lang w:eastAsia="ja-JP"/>
              </w:rPr>
            </w:pPr>
            <w:r>
              <w:rPr>
                <w:sz w:val="18"/>
                <w:lang w:eastAsia="ja-JP"/>
              </w:rPr>
              <w:t>・単なる機器の更新・調達、通常業務としての保守運用、既製品の導入・設定のみを内容とする申請は対象となりません。技術的な調査・比較評価・設計・実装・実証のいずれかを実質的に含むことを要します。</w:t>
            </w:r>
          </w:p>
        </w:tc>
      </w:tr>
    </w:tbl>
    <w:p w14:paraId="0926661D"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1815"/>
        <w:gridCol w:w="3005"/>
        <w:gridCol w:w="1701"/>
        <w:gridCol w:w="3118"/>
      </w:tblGrid>
      <w:tr w:rsidR="00F27341" w14:paraId="6EFA6945" w14:textId="77777777" w:rsidTr="00220B4C">
        <w:trPr>
          <w:jc w:val="center"/>
        </w:trPr>
        <w:tc>
          <w:tcPr>
            <w:tcW w:w="1814" w:type="dxa"/>
            <w:shd w:val="clear" w:color="auto" w:fill="F2F2F2"/>
            <w:vAlign w:val="center"/>
          </w:tcPr>
          <w:p w14:paraId="21281272" w14:textId="77777777" w:rsidR="00F27341" w:rsidRDefault="00000000" w:rsidP="00220B4C">
            <w:pPr>
              <w:spacing w:before="20" w:after="20" w:line="252" w:lineRule="auto"/>
              <w:jc w:val="both"/>
            </w:pPr>
            <w:r>
              <w:rPr>
                <w:rFonts w:ascii="Yu Gothic" w:eastAsia="Yu Gothic" w:hAnsi="Yu Gothic" w:cs="Yu Gothic"/>
                <w:b/>
                <w:sz w:val="19"/>
              </w:rPr>
              <w:t>応　募　枠</w:t>
            </w:r>
          </w:p>
        </w:tc>
        <w:tc>
          <w:tcPr>
            <w:tcW w:w="7824" w:type="dxa"/>
            <w:gridSpan w:val="3"/>
          </w:tcPr>
          <w:p w14:paraId="195863D4" w14:textId="77777777" w:rsidR="00F27341" w:rsidRDefault="00000000">
            <w:pPr>
              <w:spacing w:before="20" w:after="20" w:line="252" w:lineRule="auto"/>
              <w:rPr>
                <w:lang w:eastAsia="ja-JP"/>
              </w:rPr>
            </w:pPr>
            <w:r>
              <w:rPr>
                <w:sz w:val="19"/>
                <w:lang w:eastAsia="ja-JP"/>
              </w:rPr>
              <w:t>Ｃプロジェクト（情報基盤高度化プロジェクト）　30万円 〜 100万円</w:t>
            </w:r>
          </w:p>
        </w:tc>
      </w:tr>
      <w:tr w:rsidR="00F27341" w14:paraId="634AB81A" w14:textId="77777777" w:rsidTr="00220B4C">
        <w:trPr>
          <w:trHeight w:val="624"/>
          <w:jc w:val="center"/>
        </w:trPr>
        <w:tc>
          <w:tcPr>
            <w:tcW w:w="1814" w:type="dxa"/>
            <w:shd w:val="clear" w:color="auto" w:fill="F2F2F2"/>
            <w:vAlign w:val="center"/>
          </w:tcPr>
          <w:p w14:paraId="17A5712F" w14:textId="77777777" w:rsidR="00F27341" w:rsidRDefault="00000000" w:rsidP="00220B4C">
            <w:pPr>
              <w:spacing w:before="20" w:after="20" w:line="252" w:lineRule="auto"/>
              <w:jc w:val="both"/>
            </w:pPr>
            <w:r>
              <w:rPr>
                <w:rFonts w:ascii="Yu Gothic" w:eastAsia="Yu Gothic" w:hAnsi="Yu Gothic" w:cs="Yu Gothic"/>
                <w:b/>
                <w:sz w:val="19"/>
              </w:rPr>
              <w:t>プロジェクト名</w:t>
            </w:r>
          </w:p>
        </w:tc>
        <w:tc>
          <w:tcPr>
            <w:tcW w:w="7824" w:type="dxa"/>
            <w:gridSpan w:val="3"/>
          </w:tcPr>
          <w:p w14:paraId="40F3C7F4" w14:textId="77777777" w:rsidR="00F27341" w:rsidRDefault="00F27341">
            <w:pPr>
              <w:spacing w:before="20" w:after="20" w:line="252" w:lineRule="auto"/>
            </w:pPr>
          </w:p>
        </w:tc>
      </w:tr>
      <w:tr w:rsidR="00F27341" w14:paraId="703AD619" w14:textId="77777777" w:rsidTr="00220B4C">
        <w:trPr>
          <w:jc w:val="center"/>
        </w:trPr>
        <w:tc>
          <w:tcPr>
            <w:tcW w:w="1814" w:type="dxa"/>
            <w:shd w:val="clear" w:color="auto" w:fill="F2F2F2"/>
            <w:vAlign w:val="center"/>
          </w:tcPr>
          <w:p w14:paraId="44859CD4" w14:textId="77777777" w:rsidR="00F27341" w:rsidRDefault="00000000" w:rsidP="00220B4C">
            <w:pPr>
              <w:spacing w:before="20" w:after="20" w:line="252" w:lineRule="auto"/>
              <w:jc w:val="both"/>
            </w:pPr>
            <w:r>
              <w:rPr>
                <w:rFonts w:ascii="Yu Gothic" w:eastAsia="Yu Gothic" w:hAnsi="Yu Gothic" w:cs="Yu Gothic"/>
                <w:b/>
                <w:sz w:val="19"/>
              </w:rPr>
              <w:t>実 施 期 間</w:t>
            </w:r>
          </w:p>
        </w:tc>
        <w:tc>
          <w:tcPr>
            <w:tcW w:w="7824" w:type="dxa"/>
            <w:gridSpan w:val="3"/>
          </w:tcPr>
          <w:p w14:paraId="54DE539F" w14:textId="77777777" w:rsidR="00F27341" w:rsidRDefault="00000000">
            <w:pPr>
              <w:spacing w:before="20" w:after="20" w:line="252" w:lineRule="auto"/>
            </w:pPr>
            <w:r>
              <w:rPr>
                <w:sz w:val="19"/>
              </w:rPr>
              <w:t>2027年4月 　〜 　2028年3月</w:t>
            </w:r>
          </w:p>
        </w:tc>
      </w:tr>
      <w:tr w:rsidR="00F27341" w14:paraId="3A9D19B4" w14:textId="77777777" w:rsidTr="00220B4C">
        <w:trPr>
          <w:trHeight w:val="567"/>
          <w:jc w:val="center"/>
        </w:trPr>
        <w:tc>
          <w:tcPr>
            <w:tcW w:w="1814" w:type="dxa"/>
            <w:shd w:val="clear" w:color="auto" w:fill="F2F2F2"/>
            <w:vAlign w:val="center"/>
          </w:tcPr>
          <w:p w14:paraId="1C346708" w14:textId="77777777" w:rsidR="00F27341" w:rsidRDefault="00000000" w:rsidP="00220B4C">
            <w:pPr>
              <w:spacing w:before="20" w:after="20" w:line="252" w:lineRule="auto"/>
              <w:jc w:val="both"/>
            </w:pPr>
            <w:r>
              <w:rPr>
                <w:rFonts w:ascii="Yu Gothic" w:eastAsia="Yu Gothic" w:hAnsi="Yu Gothic" w:cs="Yu Gothic"/>
                <w:b/>
                <w:sz w:val="19"/>
              </w:rPr>
              <w:t>研究代表者</w:t>
            </w:r>
          </w:p>
        </w:tc>
        <w:tc>
          <w:tcPr>
            <w:tcW w:w="3005" w:type="dxa"/>
            <w:vAlign w:val="center"/>
          </w:tcPr>
          <w:p w14:paraId="2161719A" w14:textId="7BEC1F6A" w:rsidR="00F27341" w:rsidRDefault="00F27341" w:rsidP="00220B4C">
            <w:pPr>
              <w:spacing w:before="20" w:after="20" w:line="252" w:lineRule="auto"/>
              <w:jc w:val="right"/>
            </w:pPr>
          </w:p>
        </w:tc>
        <w:tc>
          <w:tcPr>
            <w:tcW w:w="1701" w:type="dxa"/>
            <w:shd w:val="clear" w:color="auto" w:fill="F2F2F2"/>
            <w:vAlign w:val="center"/>
          </w:tcPr>
          <w:p w14:paraId="324FF6AA" w14:textId="77777777" w:rsidR="00F27341" w:rsidRDefault="00000000" w:rsidP="00220B4C">
            <w:pPr>
              <w:spacing w:before="20" w:after="20" w:line="252" w:lineRule="auto"/>
              <w:jc w:val="both"/>
            </w:pPr>
            <w:r>
              <w:rPr>
                <w:rFonts w:ascii="Yu Gothic" w:eastAsia="Yu Gothic" w:hAnsi="Yu Gothic" w:cs="Yu Gothic"/>
                <w:b/>
                <w:sz w:val="19"/>
              </w:rPr>
              <w:t>所属・職名</w:t>
            </w:r>
          </w:p>
        </w:tc>
        <w:tc>
          <w:tcPr>
            <w:tcW w:w="3118" w:type="dxa"/>
          </w:tcPr>
          <w:p w14:paraId="40B6A9CE" w14:textId="77777777" w:rsidR="00F27341" w:rsidRDefault="00F27341">
            <w:pPr>
              <w:spacing w:before="20" w:after="20" w:line="252" w:lineRule="auto"/>
            </w:pPr>
          </w:p>
        </w:tc>
      </w:tr>
      <w:tr w:rsidR="00F27341" w14:paraId="1E05A020" w14:textId="77777777" w:rsidTr="00220B4C">
        <w:trPr>
          <w:jc w:val="center"/>
        </w:trPr>
        <w:tc>
          <w:tcPr>
            <w:tcW w:w="1814" w:type="dxa"/>
            <w:shd w:val="clear" w:color="auto" w:fill="F2F2F2"/>
            <w:vAlign w:val="center"/>
          </w:tcPr>
          <w:p w14:paraId="37EFEE60" w14:textId="77777777" w:rsidR="00F27341" w:rsidRDefault="00000000" w:rsidP="00220B4C">
            <w:pPr>
              <w:spacing w:before="20" w:after="20" w:line="252" w:lineRule="auto"/>
              <w:jc w:val="both"/>
            </w:pPr>
            <w:r>
              <w:rPr>
                <w:rFonts w:ascii="Yu Gothic" w:eastAsia="Yu Gothic" w:hAnsi="Yu Gothic" w:cs="Yu Gothic"/>
                <w:b/>
                <w:sz w:val="19"/>
              </w:rPr>
              <w:t>連　絡　先</w:t>
            </w:r>
          </w:p>
        </w:tc>
        <w:tc>
          <w:tcPr>
            <w:tcW w:w="3005" w:type="dxa"/>
          </w:tcPr>
          <w:p w14:paraId="0A98A681" w14:textId="77777777" w:rsidR="00F27341" w:rsidRDefault="00000000">
            <w:pPr>
              <w:spacing w:before="20" w:after="20" w:line="252" w:lineRule="auto"/>
            </w:pPr>
            <w:r>
              <w:rPr>
                <w:sz w:val="19"/>
              </w:rPr>
              <w:t>内線：</w:t>
            </w:r>
          </w:p>
        </w:tc>
        <w:tc>
          <w:tcPr>
            <w:tcW w:w="1701" w:type="dxa"/>
            <w:shd w:val="clear" w:color="auto" w:fill="F2F2F2"/>
            <w:vAlign w:val="center"/>
          </w:tcPr>
          <w:p w14:paraId="1D385D3C" w14:textId="77777777" w:rsidR="00F27341" w:rsidRDefault="00000000" w:rsidP="00220B4C">
            <w:pPr>
              <w:spacing w:before="20" w:after="20" w:line="252" w:lineRule="auto"/>
              <w:jc w:val="both"/>
            </w:pPr>
            <w:r>
              <w:rPr>
                <w:rFonts w:ascii="Yu Gothic" w:eastAsia="Yu Gothic" w:hAnsi="Yu Gothic" w:cs="Yu Gothic"/>
                <w:b/>
                <w:sz w:val="19"/>
              </w:rPr>
              <w:t>E-mail</w:t>
            </w:r>
          </w:p>
        </w:tc>
        <w:tc>
          <w:tcPr>
            <w:tcW w:w="3118" w:type="dxa"/>
          </w:tcPr>
          <w:p w14:paraId="165D8D62" w14:textId="77777777" w:rsidR="00F27341" w:rsidRDefault="00F27341">
            <w:pPr>
              <w:spacing w:before="20" w:after="20" w:line="252" w:lineRule="auto"/>
            </w:pPr>
          </w:p>
        </w:tc>
      </w:tr>
      <w:tr w:rsidR="00F27341" w14:paraId="14CDD2F1" w14:textId="77777777" w:rsidTr="00220B4C">
        <w:trPr>
          <w:jc w:val="center"/>
        </w:trPr>
        <w:tc>
          <w:tcPr>
            <w:tcW w:w="1814" w:type="dxa"/>
            <w:shd w:val="clear" w:color="auto" w:fill="F2F2F2"/>
            <w:vAlign w:val="center"/>
          </w:tcPr>
          <w:p w14:paraId="58DCB5F4" w14:textId="77777777" w:rsidR="00F27341" w:rsidRDefault="00000000" w:rsidP="00220B4C">
            <w:pPr>
              <w:spacing w:before="20" w:after="20" w:line="252" w:lineRule="auto"/>
              <w:jc w:val="both"/>
            </w:pPr>
            <w:r>
              <w:rPr>
                <w:rFonts w:ascii="Yu Gothic" w:eastAsia="Yu Gothic" w:hAnsi="Yu Gothic" w:cs="Yu Gothic"/>
                <w:b/>
                <w:sz w:val="19"/>
              </w:rPr>
              <w:t>申　請　額</w:t>
            </w:r>
          </w:p>
        </w:tc>
        <w:tc>
          <w:tcPr>
            <w:tcW w:w="7824" w:type="dxa"/>
            <w:gridSpan w:val="3"/>
          </w:tcPr>
          <w:p w14:paraId="263D32AD" w14:textId="77777777" w:rsidR="00F27341" w:rsidRDefault="00000000">
            <w:pPr>
              <w:spacing w:before="20" w:after="20" w:line="252" w:lineRule="auto"/>
              <w:rPr>
                <w:lang w:eastAsia="ja-JP"/>
              </w:rPr>
            </w:pPr>
            <w:r>
              <w:rPr>
                <w:sz w:val="19"/>
                <w:lang w:eastAsia="ja-JP"/>
              </w:rPr>
              <w:t xml:space="preserve">　　　　　　　　　　　円（別紙２の合計額と一致させること）</w:t>
            </w:r>
          </w:p>
        </w:tc>
      </w:tr>
    </w:tbl>
    <w:p w14:paraId="372234F4"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7CAF0F81" w14:textId="77777777">
        <w:trPr>
          <w:jc w:val="center"/>
        </w:trPr>
        <w:tc>
          <w:tcPr>
            <w:tcW w:w="9638" w:type="dxa"/>
            <w:shd w:val="clear" w:color="auto" w:fill="F7F7F7"/>
          </w:tcPr>
          <w:p w14:paraId="36564078" w14:textId="77777777" w:rsidR="00F27341" w:rsidRDefault="00000000">
            <w:pPr>
              <w:spacing w:before="20" w:after="40" w:line="252" w:lineRule="auto"/>
              <w:rPr>
                <w:lang w:eastAsia="ja-JP"/>
              </w:rPr>
            </w:pPr>
            <w:r>
              <w:rPr>
                <w:rFonts w:ascii="Yu Gothic" w:eastAsia="Yu Gothic" w:hAnsi="Yu Gothic" w:cs="Yu Gothic"/>
                <w:b/>
                <w:sz w:val="20"/>
                <w:lang w:eastAsia="ja-JP"/>
              </w:rPr>
              <w:t>■ 提出前チェックリスト（すべてに☑を入れてから提出してください）</w:t>
            </w:r>
          </w:p>
          <w:p w14:paraId="25F40E8B" w14:textId="77777777" w:rsidR="00F27341" w:rsidRDefault="00000000">
            <w:pPr>
              <w:spacing w:before="20" w:after="30" w:line="252" w:lineRule="auto"/>
              <w:ind w:left="340" w:hanging="340"/>
              <w:rPr>
                <w:lang w:eastAsia="ja-JP"/>
              </w:rPr>
            </w:pPr>
            <w:r>
              <w:rPr>
                <w:sz w:val="18"/>
                <w:lang w:eastAsia="ja-JP"/>
              </w:rPr>
              <w:t>□　別紙１のⅠ－１〜Ⅰ－７のすべての欄に記入した（該当者はⅠ－８も記入した）。</w:t>
            </w:r>
          </w:p>
          <w:p w14:paraId="1EDEA0E5" w14:textId="77777777" w:rsidR="00F27341" w:rsidRDefault="00000000">
            <w:pPr>
              <w:spacing w:before="20" w:after="30" w:line="252" w:lineRule="auto"/>
              <w:ind w:left="340" w:hanging="340"/>
              <w:rPr>
                <w:lang w:eastAsia="ja-JP"/>
              </w:rPr>
            </w:pPr>
            <w:r>
              <w:rPr>
                <w:sz w:val="18"/>
                <w:lang w:eastAsia="ja-JP"/>
              </w:rPr>
              <w:t>□　Ⅰ－２欄に、他機関の事例・既製品・学内の既存の取り組みを調査したうえで、本プロジェクトとの差分を記載した。</w:t>
            </w:r>
          </w:p>
          <w:p w14:paraId="5DCF4615" w14:textId="4DD88B5B" w:rsidR="00F27341" w:rsidRDefault="00000000">
            <w:pPr>
              <w:spacing w:before="20" w:after="30" w:line="252" w:lineRule="auto"/>
              <w:ind w:left="340" w:hanging="340"/>
              <w:rPr>
                <w:lang w:eastAsia="ja-JP"/>
              </w:rPr>
            </w:pPr>
            <w:r>
              <w:rPr>
                <w:sz w:val="18"/>
                <w:lang w:eastAsia="ja-JP"/>
              </w:rPr>
              <w:t>□　Ⅰ－３欄に、対象とする技術と調査・比較評価・設計・実装・実証のどこまでを行うのかを具体的に記載した。</w:t>
            </w:r>
          </w:p>
          <w:p w14:paraId="73C08C1C" w14:textId="77777777" w:rsidR="00F27341" w:rsidRDefault="00000000">
            <w:pPr>
              <w:spacing w:before="20" w:after="30" w:line="252" w:lineRule="auto"/>
              <w:ind w:left="340" w:hanging="340"/>
              <w:rPr>
                <w:lang w:eastAsia="ja-JP"/>
              </w:rPr>
            </w:pPr>
            <w:r>
              <w:rPr>
                <w:sz w:val="18"/>
                <w:lang w:eastAsia="ja-JP"/>
              </w:rPr>
              <w:t>□　Ⅰ－５欄に、(1)成果物の公開・実証導入の計画と、(2)成果を説明する場の計画（形態を1つ以上選択）を記載した。</w:t>
            </w:r>
          </w:p>
          <w:p w14:paraId="3CCC115F" w14:textId="77777777" w:rsidR="00F27341" w:rsidRDefault="00000000">
            <w:pPr>
              <w:spacing w:before="20" w:after="30" w:line="252" w:lineRule="auto"/>
              <w:ind w:left="340" w:hanging="340"/>
              <w:rPr>
                <w:lang w:eastAsia="ja-JP"/>
              </w:rPr>
            </w:pPr>
            <w:r>
              <w:rPr>
                <w:sz w:val="18"/>
                <w:lang w:eastAsia="ja-JP"/>
              </w:rPr>
              <w:t>□　本学の情報基盤に直接関わる内容を含む場合、Ⅰ－９欄に関係部署との調整状況を記載した。</w:t>
            </w:r>
          </w:p>
          <w:p w14:paraId="7BC34572" w14:textId="77777777" w:rsidR="00F27341" w:rsidRDefault="00000000">
            <w:pPr>
              <w:spacing w:before="20" w:after="30" w:line="252" w:lineRule="auto"/>
              <w:ind w:left="340" w:hanging="340"/>
              <w:rPr>
                <w:lang w:eastAsia="ja-JP"/>
              </w:rPr>
            </w:pPr>
            <w:r>
              <w:rPr>
                <w:sz w:val="18"/>
                <w:lang w:eastAsia="ja-JP"/>
              </w:rPr>
              <w:t>□　別紙２のすべての費目について、用途・単価・数量（回数・人数）を記入した。</w:t>
            </w:r>
          </w:p>
          <w:p w14:paraId="0D4C21C0" w14:textId="77777777" w:rsidR="00F27341" w:rsidRDefault="00000000">
            <w:pPr>
              <w:spacing w:before="20" w:after="30" w:line="252" w:lineRule="auto"/>
              <w:ind w:left="340" w:hanging="340"/>
              <w:rPr>
                <w:lang w:eastAsia="ja-JP"/>
              </w:rPr>
            </w:pPr>
            <w:r>
              <w:rPr>
                <w:sz w:val="18"/>
                <w:lang w:eastAsia="ja-JP"/>
              </w:rPr>
              <w:t>□　報酬・謝礼および旅費について、明細欄に支払先の別・単価・回数・人数・必要性を記入した。</w:t>
            </w:r>
          </w:p>
          <w:p w14:paraId="3CB7757A" w14:textId="77777777" w:rsidR="00F27341" w:rsidRDefault="00000000">
            <w:pPr>
              <w:spacing w:before="20" w:after="30" w:line="252" w:lineRule="auto"/>
              <w:ind w:left="340" w:hanging="340"/>
              <w:rPr>
                <w:lang w:eastAsia="ja-JP"/>
              </w:rPr>
            </w:pPr>
            <w:r>
              <w:rPr>
                <w:sz w:val="18"/>
                <w:lang w:eastAsia="ja-JP"/>
              </w:rPr>
              <w:t>□　過去2年度（2025・2026年度）に代表者として採択されていた場合、Ⅰ－８欄に実施状況を記入した。</w:t>
            </w:r>
          </w:p>
          <w:p w14:paraId="6522A209" w14:textId="77777777" w:rsidR="00F27341" w:rsidRDefault="00000000">
            <w:pPr>
              <w:spacing w:before="20" w:after="30" w:line="252" w:lineRule="auto"/>
              <w:ind w:left="340" w:hanging="340"/>
              <w:rPr>
                <w:lang w:eastAsia="ja-JP"/>
              </w:rPr>
            </w:pPr>
            <w:r>
              <w:rPr>
                <w:sz w:val="18"/>
                <w:lang w:eastAsia="ja-JP"/>
              </w:rPr>
              <w:t>□　募集要項第10項（採択された場合、研究代表者および研究メンバーのうち本学に所属する者は当該年度の計算機センター研究員を委嘱され、研究員は次年度の選考委員となることがある）を了承した。</w:t>
            </w:r>
          </w:p>
          <w:p w14:paraId="44E7D499" w14:textId="77777777" w:rsidR="00F27341" w:rsidRDefault="00000000">
            <w:pPr>
              <w:spacing w:before="20" w:after="30" w:line="252" w:lineRule="auto"/>
              <w:ind w:left="340" w:hanging="340"/>
              <w:rPr>
                <w:lang w:eastAsia="ja-JP"/>
              </w:rPr>
            </w:pPr>
            <w:r>
              <w:rPr>
                <w:sz w:val="18"/>
                <w:lang w:eastAsia="ja-JP"/>
              </w:rPr>
              <w:t>□　前年度と同様のテーマで申請する場合、Ⅰ－８欄に前年度課題の到達点・本申請で新たに取り組む事項・前年度課題との差分を記載した。</w:t>
            </w:r>
          </w:p>
          <w:p w14:paraId="0CD3D218" w14:textId="12DB6142" w:rsidR="00F27341" w:rsidRDefault="00000000">
            <w:pPr>
              <w:spacing w:before="20" w:after="30" w:line="252" w:lineRule="auto"/>
              <w:ind w:left="340" w:hanging="340"/>
              <w:rPr>
                <w:lang w:eastAsia="ja-JP"/>
              </w:rPr>
            </w:pPr>
            <w:r>
              <w:rPr>
                <w:sz w:val="18"/>
                <w:lang w:eastAsia="ja-JP"/>
              </w:rPr>
              <w:t xml:space="preserve">□　</w:t>
            </w:r>
            <w:r>
              <w:rPr>
                <w:rFonts w:hint="eastAsia"/>
                <w:sz w:val="18"/>
                <w:lang w:eastAsia="ja-JP"/>
              </w:rPr>
              <w:t>本応募資料は、</w:t>
            </w:r>
            <w:r>
              <w:rPr>
                <w:sz w:val="18"/>
                <w:lang w:eastAsia="ja-JP"/>
              </w:rPr>
              <w:t>研究代表者本人の学内メールアドレス（@gakushuin.ac.jp のもの）から、計算機センター事務室（cc-off@gakushuin.ac.jp）宛に送信する（押印は不要）。</w:t>
            </w:r>
          </w:p>
        </w:tc>
      </w:tr>
    </w:tbl>
    <w:p w14:paraId="62F2B8B4" w14:textId="77777777" w:rsidR="00F27341" w:rsidRDefault="00000000">
      <w:pPr>
        <w:rPr>
          <w:lang w:eastAsia="ja-JP"/>
        </w:rPr>
      </w:pPr>
      <w:r>
        <w:rPr>
          <w:lang w:eastAsia="ja-JP"/>
        </w:rPr>
        <w:br w:type="page"/>
      </w:r>
    </w:p>
    <w:p w14:paraId="14A4C05D" w14:textId="77777777" w:rsidR="00F27341" w:rsidRDefault="00000000">
      <w:pPr>
        <w:spacing w:after="40"/>
      </w:pPr>
      <w:r>
        <w:rPr>
          <w:rFonts w:ascii="Yu Gothic" w:eastAsia="Yu Gothic" w:hAnsi="Yu Gothic" w:cs="Yu Gothic"/>
          <w:b/>
        </w:rPr>
        <w:lastRenderedPageBreak/>
        <w:t>別紙１</w:t>
      </w:r>
    </w:p>
    <w:p w14:paraId="0F7463A4" w14:textId="77777777" w:rsidR="00F27341" w:rsidRDefault="00000000">
      <w:pPr>
        <w:spacing w:before="120" w:after="200"/>
        <w:jc w:val="center"/>
      </w:pPr>
      <w:r>
        <w:rPr>
          <w:rFonts w:ascii="Yu Gothic" w:eastAsia="Yu Gothic" w:hAnsi="Yu Gothic" w:cs="Yu Gothic"/>
          <w:b/>
          <w:sz w:val="26"/>
        </w:rPr>
        <w:t>Ⅰ　実 施 計 画 書</w:t>
      </w:r>
    </w:p>
    <w:tbl>
      <w:tblPr>
        <w:tblStyle w:val="afe"/>
        <w:tblW w:w="9639" w:type="dxa"/>
        <w:jc w:val="center"/>
        <w:tblLayout w:type="fixed"/>
        <w:tblLook w:val="04A0" w:firstRow="1" w:lastRow="0" w:firstColumn="1" w:lastColumn="0" w:noHBand="0" w:noVBand="1"/>
      </w:tblPr>
      <w:tblGrid>
        <w:gridCol w:w="1815"/>
        <w:gridCol w:w="3005"/>
        <w:gridCol w:w="1701"/>
        <w:gridCol w:w="3118"/>
      </w:tblGrid>
      <w:tr w:rsidR="00F27341" w14:paraId="15B614ED" w14:textId="77777777">
        <w:trPr>
          <w:trHeight w:val="510"/>
          <w:jc w:val="center"/>
        </w:trPr>
        <w:tc>
          <w:tcPr>
            <w:tcW w:w="1814" w:type="dxa"/>
            <w:shd w:val="clear" w:color="auto" w:fill="F2F2F2"/>
          </w:tcPr>
          <w:p w14:paraId="7F1F325D" w14:textId="77777777" w:rsidR="00F27341" w:rsidRDefault="00000000">
            <w:pPr>
              <w:spacing w:before="20" w:after="20" w:line="252" w:lineRule="auto"/>
            </w:pPr>
            <w:r>
              <w:rPr>
                <w:rFonts w:ascii="Yu Gothic" w:eastAsia="Yu Gothic" w:hAnsi="Yu Gothic" w:cs="Yu Gothic"/>
                <w:b/>
                <w:sz w:val="19"/>
              </w:rPr>
              <w:t>プロジェクト名</w:t>
            </w:r>
          </w:p>
        </w:tc>
        <w:tc>
          <w:tcPr>
            <w:tcW w:w="7824" w:type="dxa"/>
            <w:gridSpan w:val="3"/>
          </w:tcPr>
          <w:p w14:paraId="6ADC04EE" w14:textId="77777777" w:rsidR="00F27341" w:rsidRDefault="00F27341">
            <w:pPr>
              <w:spacing w:before="20" w:after="20" w:line="252" w:lineRule="auto"/>
            </w:pPr>
          </w:p>
        </w:tc>
      </w:tr>
      <w:tr w:rsidR="00F27341" w14:paraId="79BA0DEA" w14:textId="77777777">
        <w:trPr>
          <w:trHeight w:val="510"/>
          <w:jc w:val="center"/>
        </w:trPr>
        <w:tc>
          <w:tcPr>
            <w:tcW w:w="1814" w:type="dxa"/>
            <w:shd w:val="clear" w:color="auto" w:fill="F2F2F2"/>
          </w:tcPr>
          <w:p w14:paraId="054D8252" w14:textId="77777777" w:rsidR="00F27341" w:rsidRDefault="00000000">
            <w:pPr>
              <w:spacing w:before="20" w:after="20" w:line="252" w:lineRule="auto"/>
            </w:pPr>
            <w:r>
              <w:rPr>
                <w:rFonts w:ascii="Yu Gothic" w:eastAsia="Yu Gothic" w:hAnsi="Yu Gothic" w:cs="Yu Gothic"/>
                <w:b/>
                <w:sz w:val="19"/>
              </w:rPr>
              <w:t>研究代表者</w:t>
            </w:r>
          </w:p>
        </w:tc>
        <w:tc>
          <w:tcPr>
            <w:tcW w:w="3005" w:type="dxa"/>
          </w:tcPr>
          <w:p w14:paraId="098D3C70" w14:textId="77777777" w:rsidR="00F27341" w:rsidRDefault="00F27341">
            <w:pPr>
              <w:spacing w:before="20" w:after="20" w:line="252" w:lineRule="auto"/>
            </w:pPr>
          </w:p>
        </w:tc>
        <w:tc>
          <w:tcPr>
            <w:tcW w:w="1701" w:type="dxa"/>
            <w:shd w:val="clear" w:color="auto" w:fill="F2F2F2"/>
          </w:tcPr>
          <w:p w14:paraId="0A545475" w14:textId="77777777" w:rsidR="00F27341" w:rsidRDefault="00000000">
            <w:pPr>
              <w:spacing w:before="20" w:after="20" w:line="252" w:lineRule="auto"/>
            </w:pPr>
            <w:r>
              <w:rPr>
                <w:rFonts w:ascii="Yu Gothic" w:eastAsia="Yu Gothic" w:hAnsi="Yu Gothic" w:cs="Yu Gothic"/>
                <w:b/>
                <w:sz w:val="19"/>
              </w:rPr>
              <w:t>所属・職名</w:t>
            </w:r>
          </w:p>
        </w:tc>
        <w:tc>
          <w:tcPr>
            <w:tcW w:w="3118" w:type="dxa"/>
          </w:tcPr>
          <w:p w14:paraId="6038AFB8" w14:textId="77777777" w:rsidR="00F27341" w:rsidRDefault="00F27341">
            <w:pPr>
              <w:spacing w:before="20" w:after="20" w:line="252" w:lineRule="auto"/>
            </w:pPr>
          </w:p>
        </w:tc>
      </w:tr>
    </w:tbl>
    <w:p w14:paraId="71B4D5AC" w14:textId="77777777" w:rsidR="00F27341" w:rsidRDefault="00F27341"/>
    <w:p w14:paraId="41761781" w14:textId="77777777" w:rsidR="00F27341" w:rsidRDefault="00000000">
      <w:pPr>
        <w:spacing w:before="140" w:after="40"/>
        <w:rPr>
          <w:lang w:eastAsia="ja-JP"/>
        </w:rPr>
      </w:pPr>
      <w:r>
        <w:rPr>
          <w:rFonts w:ascii="Yu Gothic" w:eastAsia="Yu Gothic" w:hAnsi="Yu Gothic" w:cs="Yu Gothic"/>
          <w:b/>
          <w:lang w:eastAsia="ja-JP"/>
        </w:rPr>
        <w:t>◆ 研究メンバー（代表を含め10名以内）</w:t>
      </w:r>
    </w:p>
    <w:tbl>
      <w:tblPr>
        <w:tblStyle w:val="afe"/>
        <w:tblW w:w="9639" w:type="dxa"/>
        <w:jc w:val="center"/>
        <w:tblLayout w:type="fixed"/>
        <w:tblLook w:val="04A0" w:firstRow="1" w:lastRow="0" w:firstColumn="1" w:lastColumn="0" w:noHBand="0" w:noVBand="1"/>
      </w:tblPr>
      <w:tblGrid>
        <w:gridCol w:w="908"/>
        <w:gridCol w:w="3061"/>
        <w:gridCol w:w="1928"/>
        <w:gridCol w:w="3742"/>
      </w:tblGrid>
      <w:tr w:rsidR="00F27341" w14:paraId="56DF3664" w14:textId="77777777">
        <w:trPr>
          <w:jc w:val="center"/>
        </w:trPr>
        <w:tc>
          <w:tcPr>
            <w:tcW w:w="907" w:type="dxa"/>
            <w:shd w:val="clear" w:color="auto" w:fill="E8E8E8"/>
          </w:tcPr>
          <w:p w14:paraId="6A70789E" w14:textId="77777777" w:rsidR="00F27341" w:rsidRDefault="00000000">
            <w:pPr>
              <w:spacing w:before="20" w:after="20" w:line="252" w:lineRule="auto"/>
              <w:jc w:val="center"/>
            </w:pPr>
            <w:r>
              <w:rPr>
                <w:rFonts w:ascii="Yu Gothic" w:eastAsia="Yu Gothic" w:hAnsi="Yu Gothic" w:cs="Yu Gothic"/>
                <w:b/>
                <w:sz w:val="18"/>
              </w:rPr>
              <w:t>区分</w:t>
            </w:r>
          </w:p>
        </w:tc>
        <w:tc>
          <w:tcPr>
            <w:tcW w:w="3061" w:type="dxa"/>
            <w:shd w:val="clear" w:color="auto" w:fill="E8E8E8"/>
          </w:tcPr>
          <w:p w14:paraId="77D02D8C" w14:textId="77777777" w:rsidR="00F27341" w:rsidRDefault="00000000">
            <w:pPr>
              <w:spacing w:before="20" w:after="20" w:line="252" w:lineRule="auto"/>
              <w:jc w:val="center"/>
            </w:pPr>
            <w:r>
              <w:rPr>
                <w:rFonts w:ascii="Yu Gothic" w:eastAsia="Yu Gothic" w:hAnsi="Yu Gothic" w:cs="Yu Gothic"/>
                <w:b/>
                <w:sz w:val="18"/>
              </w:rPr>
              <w:t>所属・職名・氏名</w:t>
            </w:r>
          </w:p>
        </w:tc>
        <w:tc>
          <w:tcPr>
            <w:tcW w:w="1928" w:type="dxa"/>
            <w:shd w:val="clear" w:color="auto" w:fill="E8E8E8"/>
          </w:tcPr>
          <w:p w14:paraId="08704022" w14:textId="77777777" w:rsidR="00F27341" w:rsidRDefault="00000000">
            <w:pPr>
              <w:spacing w:before="20" w:after="20" w:line="252" w:lineRule="auto"/>
              <w:jc w:val="center"/>
            </w:pPr>
            <w:r>
              <w:rPr>
                <w:rFonts w:ascii="Yu Gothic" w:eastAsia="Yu Gothic" w:hAnsi="Yu Gothic" w:cs="Yu Gothic"/>
                <w:b/>
                <w:sz w:val="18"/>
              </w:rPr>
              <w:t>所属区分</w:t>
            </w:r>
          </w:p>
        </w:tc>
        <w:tc>
          <w:tcPr>
            <w:tcW w:w="3742" w:type="dxa"/>
            <w:shd w:val="clear" w:color="auto" w:fill="E8E8E8"/>
          </w:tcPr>
          <w:p w14:paraId="55591DF5" w14:textId="77777777" w:rsidR="00F27341" w:rsidRDefault="00000000">
            <w:pPr>
              <w:spacing w:before="20" w:after="20" w:line="252" w:lineRule="auto"/>
              <w:jc w:val="center"/>
              <w:rPr>
                <w:lang w:eastAsia="ja-JP"/>
              </w:rPr>
            </w:pPr>
            <w:r>
              <w:rPr>
                <w:rFonts w:ascii="Yu Gothic" w:eastAsia="Yu Gothic" w:hAnsi="Yu Gothic" w:cs="Yu Gothic"/>
                <w:b/>
                <w:sz w:val="18"/>
                <w:lang w:eastAsia="ja-JP"/>
              </w:rPr>
              <w:t>実施における役割（分担内容）</w:t>
            </w:r>
          </w:p>
        </w:tc>
      </w:tr>
      <w:tr w:rsidR="00F27341" w14:paraId="49E31554" w14:textId="77777777">
        <w:trPr>
          <w:trHeight w:val="425"/>
          <w:jc w:val="center"/>
        </w:trPr>
        <w:tc>
          <w:tcPr>
            <w:tcW w:w="907" w:type="dxa"/>
          </w:tcPr>
          <w:p w14:paraId="4C3673DE" w14:textId="77777777" w:rsidR="00F27341" w:rsidRDefault="00000000">
            <w:pPr>
              <w:spacing w:before="20" w:after="20" w:line="252" w:lineRule="auto"/>
              <w:jc w:val="center"/>
            </w:pPr>
            <w:r>
              <w:rPr>
                <w:sz w:val="18"/>
              </w:rPr>
              <w:t>代表</w:t>
            </w:r>
          </w:p>
        </w:tc>
        <w:tc>
          <w:tcPr>
            <w:tcW w:w="3061" w:type="dxa"/>
          </w:tcPr>
          <w:p w14:paraId="6007E7CF" w14:textId="77777777" w:rsidR="00F27341" w:rsidRDefault="00F27341"/>
        </w:tc>
        <w:tc>
          <w:tcPr>
            <w:tcW w:w="1928" w:type="dxa"/>
          </w:tcPr>
          <w:p w14:paraId="2A54DA13" w14:textId="77777777" w:rsidR="00F27341" w:rsidRDefault="00F27341">
            <w:pPr>
              <w:spacing w:before="20" w:after="20" w:line="252" w:lineRule="auto"/>
            </w:pPr>
          </w:p>
        </w:tc>
        <w:tc>
          <w:tcPr>
            <w:tcW w:w="3742" w:type="dxa"/>
          </w:tcPr>
          <w:p w14:paraId="143ED7A2" w14:textId="77777777" w:rsidR="00F27341" w:rsidRDefault="00F27341"/>
        </w:tc>
      </w:tr>
      <w:tr w:rsidR="00F27341" w14:paraId="5B5863C5" w14:textId="77777777">
        <w:trPr>
          <w:trHeight w:val="425"/>
          <w:jc w:val="center"/>
        </w:trPr>
        <w:tc>
          <w:tcPr>
            <w:tcW w:w="907" w:type="dxa"/>
          </w:tcPr>
          <w:p w14:paraId="27B60930" w14:textId="77777777" w:rsidR="00F27341" w:rsidRDefault="00000000">
            <w:pPr>
              <w:spacing w:before="20" w:after="20" w:line="252" w:lineRule="auto"/>
              <w:jc w:val="center"/>
            </w:pPr>
            <w:r>
              <w:rPr>
                <w:sz w:val="18"/>
              </w:rPr>
              <w:t>分担</w:t>
            </w:r>
          </w:p>
        </w:tc>
        <w:tc>
          <w:tcPr>
            <w:tcW w:w="3061" w:type="dxa"/>
          </w:tcPr>
          <w:p w14:paraId="0D8B4FD5" w14:textId="77777777" w:rsidR="00F27341" w:rsidRDefault="00F27341"/>
        </w:tc>
        <w:tc>
          <w:tcPr>
            <w:tcW w:w="1928" w:type="dxa"/>
          </w:tcPr>
          <w:p w14:paraId="3482463E" w14:textId="77777777" w:rsidR="00F27341" w:rsidRDefault="00F27341">
            <w:pPr>
              <w:spacing w:before="20" w:after="20" w:line="252" w:lineRule="auto"/>
            </w:pPr>
          </w:p>
        </w:tc>
        <w:tc>
          <w:tcPr>
            <w:tcW w:w="3742" w:type="dxa"/>
          </w:tcPr>
          <w:p w14:paraId="04CD8448" w14:textId="77777777" w:rsidR="00F27341" w:rsidRDefault="00F27341"/>
        </w:tc>
      </w:tr>
      <w:tr w:rsidR="00F27341" w14:paraId="6DE5C64A" w14:textId="77777777">
        <w:trPr>
          <w:trHeight w:val="425"/>
          <w:jc w:val="center"/>
        </w:trPr>
        <w:tc>
          <w:tcPr>
            <w:tcW w:w="907" w:type="dxa"/>
          </w:tcPr>
          <w:p w14:paraId="68F85D72" w14:textId="77777777" w:rsidR="00F27341" w:rsidRDefault="00000000">
            <w:pPr>
              <w:spacing w:before="20" w:after="20" w:line="252" w:lineRule="auto"/>
              <w:jc w:val="center"/>
            </w:pPr>
            <w:r>
              <w:rPr>
                <w:sz w:val="18"/>
              </w:rPr>
              <w:t>分担</w:t>
            </w:r>
          </w:p>
        </w:tc>
        <w:tc>
          <w:tcPr>
            <w:tcW w:w="3061" w:type="dxa"/>
          </w:tcPr>
          <w:p w14:paraId="1B25D94D" w14:textId="77777777" w:rsidR="00F27341" w:rsidRDefault="00F27341"/>
        </w:tc>
        <w:tc>
          <w:tcPr>
            <w:tcW w:w="1928" w:type="dxa"/>
          </w:tcPr>
          <w:p w14:paraId="160E0E41" w14:textId="77777777" w:rsidR="00F27341" w:rsidRDefault="00F27341">
            <w:pPr>
              <w:spacing w:before="20" w:after="20" w:line="252" w:lineRule="auto"/>
            </w:pPr>
          </w:p>
        </w:tc>
        <w:tc>
          <w:tcPr>
            <w:tcW w:w="3742" w:type="dxa"/>
          </w:tcPr>
          <w:p w14:paraId="34459EB1" w14:textId="77777777" w:rsidR="00F27341" w:rsidRDefault="00F27341"/>
        </w:tc>
      </w:tr>
      <w:tr w:rsidR="00F27341" w14:paraId="39DB5A25" w14:textId="77777777">
        <w:trPr>
          <w:trHeight w:val="425"/>
          <w:jc w:val="center"/>
        </w:trPr>
        <w:tc>
          <w:tcPr>
            <w:tcW w:w="907" w:type="dxa"/>
          </w:tcPr>
          <w:p w14:paraId="22F4E47E" w14:textId="77777777" w:rsidR="00F27341" w:rsidRDefault="00000000">
            <w:pPr>
              <w:spacing w:before="20" w:after="20" w:line="252" w:lineRule="auto"/>
              <w:jc w:val="center"/>
            </w:pPr>
            <w:r>
              <w:rPr>
                <w:sz w:val="18"/>
              </w:rPr>
              <w:t>分担</w:t>
            </w:r>
          </w:p>
        </w:tc>
        <w:tc>
          <w:tcPr>
            <w:tcW w:w="3061" w:type="dxa"/>
          </w:tcPr>
          <w:p w14:paraId="27EE86EC" w14:textId="77777777" w:rsidR="00F27341" w:rsidRDefault="00F27341"/>
        </w:tc>
        <w:tc>
          <w:tcPr>
            <w:tcW w:w="1928" w:type="dxa"/>
          </w:tcPr>
          <w:p w14:paraId="04BADAB6" w14:textId="77777777" w:rsidR="00F27341" w:rsidRDefault="00F27341">
            <w:pPr>
              <w:spacing w:before="20" w:after="20" w:line="252" w:lineRule="auto"/>
            </w:pPr>
          </w:p>
        </w:tc>
        <w:tc>
          <w:tcPr>
            <w:tcW w:w="3742" w:type="dxa"/>
          </w:tcPr>
          <w:p w14:paraId="0F653CD4" w14:textId="77777777" w:rsidR="00F27341" w:rsidRDefault="00F27341"/>
        </w:tc>
      </w:tr>
      <w:tr w:rsidR="00F27341" w14:paraId="3ABC6D9D" w14:textId="77777777">
        <w:trPr>
          <w:trHeight w:val="425"/>
          <w:jc w:val="center"/>
        </w:trPr>
        <w:tc>
          <w:tcPr>
            <w:tcW w:w="907" w:type="dxa"/>
          </w:tcPr>
          <w:p w14:paraId="2F1E2212" w14:textId="77777777" w:rsidR="00F27341" w:rsidRDefault="00000000">
            <w:pPr>
              <w:spacing w:before="20" w:after="20" w:line="252" w:lineRule="auto"/>
              <w:jc w:val="center"/>
            </w:pPr>
            <w:r>
              <w:rPr>
                <w:sz w:val="18"/>
              </w:rPr>
              <w:t>分担</w:t>
            </w:r>
          </w:p>
        </w:tc>
        <w:tc>
          <w:tcPr>
            <w:tcW w:w="3061" w:type="dxa"/>
          </w:tcPr>
          <w:p w14:paraId="320DE435" w14:textId="77777777" w:rsidR="00F27341" w:rsidRDefault="00F27341"/>
        </w:tc>
        <w:tc>
          <w:tcPr>
            <w:tcW w:w="1928" w:type="dxa"/>
          </w:tcPr>
          <w:p w14:paraId="59F88CA9" w14:textId="77777777" w:rsidR="00F27341" w:rsidRDefault="00F27341">
            <w:pPr>
              <w:spacing w:before="20" w:after="20" w:line="252" w:lineRule="auto"/>
            </w:pPr>
          </w:p>
        </w:tc>
        <w:tc>
          <w:tcPr>
            <w:tcW w:w="3742" w:type="dxa"/>
          </w:tcPr>
          <w:p w14:paraId="2F390D35" w14:textId="77777777" w:rsidR="00F27341" w:rsidRDefault="00F27341"/>
        </w:tc>
      </w:tr>
      <w:tr w:rsidR="00F27341" w14:paraId="375D774B" w14:textId="77777777">
        <w:trPr>
          <w:trHeight w:val="425"/>
          <w:jc w:val="center"/>
        </w:trPr>
        <w:tc>
          <w:tcPr>
            <w:tcW w:w="907" w:type="dxa"/>
          </w:tcPr>
          <w:p w14:paraId="69C60530" w14:textId="77777777" w:rsidR="00F27341" w:rsidRDefault="00000000">
            <w:pPr>
              <w:spacing w:before="20" w:after="20" w:line="252" w:lineRule="auto"/>
              <w:jc w:val="center"/>
            </w:pPr>
            <w:r>
              <w:rPr>
                <w:sz w:val="18"/>
              </w:rPr>
              <w:t>分担</w:t>
            </w:r>
          </w:p>
        </w:tc>
        <w:tc>
          <w:tcPr>
            <w:tcW w:w="3061" w:type="dxa"/>
          </w:tcPr>
          <w:p w14:paraId="6CC1E484" w14:textId="77777777" w:rsidR="00F27341" w:rsidRDefault="00F27341"/>
        </w:tc>
        <w:tc>
          <w:tcPr>
            <w:tcW w:w="1928" w:type="dxa"/>
          </w:tcPr>
          <w:p w14:paraId="6568933D" w14:textId="77777777" w:rsidR="00F27341" w:rsidRDefault="00F27341">
            <w:pPr>
              <w:spacing w:before="20" w:after="20" w:line="252" w:lineRule="auto"/>
            </w:pPr>
          </w:p>
        </w:tc>
        <w:tc>
          <w:tcPr>
            <w:tcW w:w="3742" w:type="dxa"/>
          </w:tcPr>
          <w:p w14:paraId="77E56B97" w14:textId="77777777" w:rsidR="00F27341" w:rsidRDefault="00F27341"/>
        </w:tc>
      </w:tr>
      <w:tr w:rsidR="00F27341" w14:paraId="0B6BF2D7" w14:textId="77777777">
        <w:trPr>
          <w:trHeight w:val="425"/>
          <w:jc w:val="center"/>
        </w:trPr>
        <w:tc>
          <w:tcPr>
            <w:tcW w:w="907" w:type="dxa"/>
          </w:tcPr>
          <w:p w14:paraId="17B64041" w14:textId="77777777" w:rsidR="00F27341" w:rsidRDefault="00000000">
            <w:pPr>
              <w:spacing w:before="20" w:after="20" w:line="252" w:lineRule="auto"/>
              <w:jc w:val="center"/>
            </w:pPr>
            <w:r>
              <w:rPr>
                <w:sz w:val="18"/>
              </w:rPr>
              <w:t>分担</w:t>
            </w:r>
          </w:p>
        </w:tc>
        <w:tc>
          <w:tcPr>
            <w:tcW w:w="3061" w:type="dxa"/>
          </w:tcPr>
          <w:p w14:paraId="45CBC672" w14:textId="77777777" w:rsidR="00F27341" w:rsidRDefault="00F27341"/>
        </w:tc>
        <w:tc>
          <w:tcPr>
            <w:tcW w:w="1928" w:type="dxa"/>
          </w:tcPr>
          <w:p w14:paraId="3588CC2C" w14:textId="77777777" w:rsidR="00F27341" w:rsidRDefault="00F27341">
            <w:pPr>
              <w:spacing w:before="20" w:after="20" w:line="252" w:lineRule="auto"/>
            </w:pPr>
          </w:p>
        </w:tc>
        <w:tc>
          <w:tcPr>
            <w:tcW w:w="3742" w:type="dxa"/>
          </w:tcPr>
          <w:p w14:paraId="5C0D75C5" w14:textId="77777777" w:rsidR="00F27341" w:rsidRDefault="00F27341"/>
        </w:tc>
      </w:tr>
    </w:tbl>
    <w:p w14:paraId="474FE7A4" w14:textId="2DDC453B" w:rsidR="00F27341" w:rsidRDefault="00000000">
      <w:pPr>
        <w:spacing w:after="120"/>
        <w:rPr>
          <w:lang w:eastAsia="ja-JP"/>
        </w:rPr>
      </w:pPr>
      <w:r>
        <w:rPr>
          <w:sz w:val="17"/>
          <w:lang w:eastAsia="ja-JP"/>
        </w:rPr>
        <w:t>※「所属区分」欄には、本学（学部・研究科・センター・事務部署名）／学外（機関名）の別を記入してください。</w:t>
      </w:r>
    </w:p>
    <w:tbl>
      <w:tblPr>
        <w:tblStyle w:val="afe"/>
        <w:tblW w:w="9639" w:type="dxa"/>
        <w:jc w:val="center"/>
        <w:tblLayout w:type="fixed"/>
        <w:tblLook w:val="04A0" w:firstRow="1" w:lastRow="0" w:firstColumn="1" w:lastColumn="0" w:noHBand="0" w:noVBand="1"/>
      </w:tblPr>
      <w:tblGrid>
        <w:gridCol w:w="9639"/>
      </w:tblGrid>
      <w:tr w:rsidR="00F27341" w14:paraId="3A3F5061" w14:textId="77777777">
        <w:trPr>
          <w:jc w:val="center"/>
        </w:trPr>
        <w:tc>
          <w:tcPr>
            <w:tcW w:w="9638" w:type="dxa"/>
            <w:shd w:val="clear" w:color="auto" w:fill="E8E8E8"/>
          </w:tcPr>
          <w:p w14:paraId="5F7647A2" w14:textId="77777777" w:rsidR="00F27341" w:rsidRDefault="00000000">
            <w:pPr>
              <w:spacing w:before="20" w:after="20" w:line="252" w:lineRule="auto"/>
              <w:rPr>
                <w:lang w:eastAsia="ja-JP"/>
              </w:rPr>
            </w:pPr>
            <w:r>
              <w:rPr>
                <w:rFonts w:ascii="Yu Gothic" w:eastAsia="Yu Gothic" w:hAnsi="Yu Gothic" w:cs="Yu Gothic"/>
                <w:b/>
                <w:lang w:eastAsia="ja-JP"/>
              </w:rPr>
              <w:t>Ⅰ－１　対象とする課題と背景　【800字程度】</w:t>
            </w:r>
          </w:p>
          <w:p w14:paraId="57A6EF83" w14:textId="77777777" w:rsidR="00F27341" w:rsidRDefault="00000000">
            <w:pPr>
              <w:spacing w:before="20" w:after="20" w:line="252" w:lineRule="auto"/>
              <w:rPr>
                <w:lang w:eastAsia="ja-JP"/>
              </w:rPr>
            </w:pPr>
            <w:r>
              <w:rPr>
                <w:sz w:val="17"/>
                <w:lang w:eastAsia="ja-JP"/>
              </w:rPr>
              <w:t>本学の情報基盤・情報環境において、どのような技術的課題に取り組むのかを記述してください。現状で何が問題となっているのか、なぜ今それに取り組む必要があるのかを具体的に記述してください。</w:t>
            </w:r>
          </w:p>
        </w:tc>
      </w:tr>
      <w:tr w:rsidR="00F27341" w14:paraId="2BA91866" w14:textId="77777777" w:rsidTr="009B759D">
        <w:trPr>
          <w:trHeight w:val="5740"/>
          <w:jc w:val="center"/>
        </w:trPr>
        <w:tc>
          <w:tcPr>
            <w:tcW w:w="9638" w:type="dxa"/>
          </w:tcPr>
          <w:p w14:paraId="29FB6046" w14:textId="77777777" w:rsidR="00220B4C" w:rsidRDefault="00220B4C">
            <w:pPr>
              <w:spacing w:before="20" w:after="20" w:line="252" w:lineRule="auto"/>
              <w:rPr>
                <w:lang w:eastAsia="ja-JP"/>
              </w:rPr>
            </w:pPr>
          </w:p>
        </w:tc>
      </w:tr>
    </w:tbl>
    <w:p w14:paraId="1119D906"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32FC9501" w14:textId="77777777">
        <w:trPr>
          <w:jc w:val="center"/>
        </w:trPr>
        <w:tc>
          <w:tcPr>
            <w:tcW w:w="9638" w:type="dxa"/>
            <w:shd w:val="clear" w:color="auto" w:fill="E8E8E8"/>
          </w:tcPr>
          <w:p w14:paraId="27A77819" w14:textId="77777777" w:rsidR="00F27341" w:rsidRDefault="00000000">
            <w:pPr>
              <w:spacing w:before="20" w:after="20" w:line="252" w:lineRule="auto"/>
              <w:rPr>
                <w:lang w:eastAsia="ja-JP"/>
              </w:rPr>
            </w:pPr>
            <w:r>
              <w:rPr>
                <w:rFonts w:ascii="Yu Gothic" w:eastAsia="Yu Gothic" w:hAnsi="Yu Gothic" w:cs="Yu Gothic"/>
                <w:b/>
                <w:lang w:eastAsia="ja-JP"/>
              </w:rPr>
              <w:lastRenderedPageBreak/>
              <w:t>Ⅰ－２　既存の取り組み・技術動向との差分　【800字程度】</w:t>
            </w:r>
          </w:p>
          <w:p w14:paraId="5EB72468" w14:textId="77777777" w:rsidR="00F27341" w:rsidRDefault="00000000">
            <w:pPr>
              <w:spacing w:before="20" w:after="20" w:line="252" w:lineRule="auto"/>
              <w:rPr>
                <w:lang w:eastAsia="ja-JP"/>
              </w:rPr>
            </w:pPr>
            <w:r>
              <w:rPr>
                <w:sz w:val="17"/>
                <w:lang w:eastAsia="ja-JP"/>
              </w:rPr>
              <w:t>同種の課題について、他大学・他機関がどのように対応しているか、既製品・既存サービスで何が可能か、また学内で既にどのような取り組みが行われているかを調査したうえで、本プロジェクトがそれらと何が異なるのか、あえて本プロジェクトとして実施する理由を記述してください。参照した事例・文献・技術文書を具体的に挙げてください。</w:t>
            </w:r>
          </w:p>
        </w:tc>
      </w:tr>
      <w:tr w:rsidR="00F27341" w14:paraId="09B53E5A" w14:textId="77777777" w:rsidTr="00220B4C">
        <w:trPr>
          <w:trHeight w:val="5068"/>
          <w:jc w:val="center"/>
        </w:trPr>
        <w:tc>
          <w:tcPr>
            <w:tcW w:w="9638" w:type="dxa"/>
          </w:tcPr>
          <w:p w14:paraId="1EED1E6F" w14:textId="77777777" w:rsidR="00F27341" w:rsidRDefault="00F27341">
            <w:pPr>
              <w:spacing w:before="20" w:after="20" w:line="252" w:lineRule="auto"/>
              <w:rPr>
                <w:lang w:eastAsia="ja-JP"/>
              </w:rPr>
            </w:pPr>
          </w:p>
        </w:tc>
      </w:tr>
    </w:tbl>
    <w:p w14:paraId="0693EA1E" w14:textId="659EA815"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41F9C0AF" w14:textId="77777777">
        <w:trPr>
          <w:jc w:val="center"/>
        </w:trPr>
        <w:tc>
          <w:tcPr>
            <w:tcW w:w="9638" w:type="dxa"/>
            <w:shd w:val="clear" w:color="auto" w:fill="E8E8E8"/>
          </w:tcPr>
          <w:p w14:paraId="7389357F" w14:textId="77777777" w:rsidR="00F27341" w:rsidRDefault="00000000">
            <w:pPr>
              <w:spacing w:before="20" w:after="20" w:line="252" w:lineRule="auto"/>
              <w:rPr>
                <w:lang w:eastAsia="ja-JP"/>
              </w:rPr>
            </w:pPr>
            <w:r>
              <w:rPr>
                <w:rFonts w:ascii="Yu Gothic" w:eastAsia="Yu Gothic" w:hAnsi="Yu Gothic" w:cs="Yu Gothic"/>
                <w:b/>
                <w:lang w:eastAsia="ja-JP"/>
              </w:rPr>
              <w:t>Ⅰ－３　実施内容・方法（技術的内容）　【1,000字程度】</w:t>
            </w:r>
          </w:p>
          <w:p w14:paraId="71D6369B" w14:textId="54BB7E90" w:rsidR="00594A83" w:rsidRPr="00594A83" w:rsidRDefault="00000000">
            <w:pPr>
              <w:spacing w:before="20" w:after="20" w:line="252" w:lineRule="auto"/>
              <w:rPr>
                <w:sz w:val="17"/>
                <w:lang w:eastAsia="ja-JP"/>
              </w:rPr>
            </w:pPr>
            <w:r>
              <w:rPr>
                <w:sz w:val="17"/>
                <w:lang w:eastAsia="ja-JP"/>
              </w:rPr>
              <w:t>対象とする技術（プロトコル、製品、ソフトウェア、構成方式等）を具体的に特定したうえで、調査・比較評価・設計・実装・実証のうち何を、どこまで行うのかを記述してください。評価を行う場合は、何をもって良否を判断するのか（評価の観点・指標）も記述してください。各研究メンバーの担当を明記してください。</w:t>
            </w:r>
          </w:p>
        </w:tc>
      </w:tr>
      <w:tr w:rsidR="00F27341" w14:paraId="3520995F" w14:textId="77777777" w:rsidTr="00594A83">
        <w:trPr>
          <w:trHeight w:val="5686"/>
          <w:jc w:val="center"/>
        </w:trPr>
        <w:tc>
          <w:tcPr>
            <w:tcW w:w="9638" w:type="dxa"/>
          </w:tcPr>
          <w:p w14:paraId="2561D477" w14:textId="77777777" w:rsidR="00F27341" w:rsidRDefault="00F27341">
            <w:pPr>
              <w:spacing w:before="20" w:after="20" w:line="252" w:lineRule="auto"/>
              <w:rPr>
                <w:lang w:eastAsia="ja-JP"/>
              </w:rPr>
            </w:pPr>
          </w:p>
        </w:tc>
      </w:tr>
    </w:tbl>
    <w:p w14:paraId="3EA89792"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61D22ED3" w14:textId="77777777">
        <w:trPr>
          <w:jc w:val="center"/>
        </w:trPr>
        <w:tc>
          <w:tcPr>
            <w:tcW w:w="9638" w:type="dxa"/>
            <w:shd w:val="clear" w:color="auto" w:fill="E8E8E8"/>
          </w:tcPr>
          <w:p w14:paraId="64CB8F82" w14:textId="77777777" w:rsidR="00F27341" w:rsidRDefault="00000000">
            <w:pPr>
              <w:spacing w:before="20" w:after="20" w:line="252" w:lineRule="auto"/>
              <w:rPr>
                <w:lang w:eastAsia="ja-JP"/>
              </w:rPr>
            </w:pPr>
            <w:r>
              <w:rPr>
                <w:rFonts w:ascii="Yu Gothic" w:eastAsia="Yu Gothic" w:hAnsi="Yu Gothic" w:cs="Yu Gothic"/>
                <w:b/>
                <w:lang w:eastAsia="ja-JP"/>
              </w:rPr>
              <w:lastRenderedPageBreak/>
              <w:t>Ⅰ－４　本学の情報環境への効果　【500字程度】</w:t>
            </w:r>
          </w:p>
          <w:p w14:paraId="704D5566" w14:textId="77777777" w:rsidR="00F27341" w:rsidRDefault="00000000">
            <w:pPr>
              <w:spacing w:before="20" w:after="20" w:line="252" w:lineRule="auto"/>
              <w:rPr>
                <w:lang w:eastAsia="ja-JP"/>
              </w:rPr>
            </w:pPr>
            <w:r>
              <w:rPr>
                <w:sz w:val="17"/>
                <w:lang w:eastAsia="ja-JP"/>
              </w:rPr>
              <w:t>本プロジェクトの成果によって、誰（学生・教員・職員・特定の部署等）に、どのような効果が及ぶのかを具体的に記述してください。実証導入や運用への反映を想定している場合は、その見通しも記述してください。</w:t>
            </w:r>
          </w:p>
        </w:tc>
      </w:tr>
      <w:tr w:rsidR="00F27341" w14:paraId="650FB006" w14:textId="77777777" w:rsidTr="00220B4C">
        <w:trPr>
          <w:trHeight w:val="3382"/>
          <w:jc w:val="center"/>
        </w:trPr>
        <w:tc>
          <w:tcPr>
            <w:tcW w:w="9638" w:type="dxa"/>
          </w:tcPr>
          <w:p w14:paraId="575B4FC2" w14:textId="77777777" w:rsidR="00F27341" w:rsidRDefault="00F27341">
            <w:pPr>
              <w:spacing w:before="20" w:after="20" w:line="252" w:lineRule="auto"/>
              <w:rPr>
                <w:lang w:eastAsia="ja-JP"/>
              </w:rPr>
            </w:pPr>
          </w:p>
        </w:tc>
      </w:tr>
    </w:tbl>
    <w:p w14:paraId="25E0BB43" w14:textId="77777777" w:rsidR="00F27341" w:rsidRDefault="00F27341">
      <w:pPr>
        <w:rPr>
          <w:lang w:eastAsia="ja-JP"/>
        </w:rPr>
      </w:pPr>
    </w:p>
    <w:p w14:paraId="397CAE17" w14:textId="77777777" w:rsidR="00F27341" w:rsidRDefault="00000000">
      <w:pPr>
        <w:spacing w:before="140" w:after="40"/>
        <w:rPr>
          <w:lang w:eastAsia="ja-JP"/>
        </w:rPr>
      </w:pPr>
      <w:r>
        <w:rPr>
          <w:rFonts w:ascii="Yu Gothic" w:eastAsia="Yu Gothic" w:hAnsi="Yu Gothic" w:cs="Yu Gothic"/>
          <w:b/>
          <w:lang w:eastAsia="ja-JP"/>
        </w:rPr>
        <w:t>Ⅰ－５　成果計画（必須）</w:t>
      </w:r>
    </w:p>
    <w:p w14:paraId="7F2F7D65" w14:textId="77777777" w:rsidR="00F27341" w:rsidRDefault="00000000">
      <w:pPr>
        <w:rPr>
          <w:lang w:eastAsia="ja-JP"/>
        </w:rPr>
      </w:pPr>
      <w:r>
        <w:rPr>
          <w:sz w:val="17"/>
          <w:lang w:eastAsia="ja-JP"/>
        </w:rPr>
        <w:t>(1)および(2)の双方について、具体的な計画を記入してください。実施した内容は「計算機センター年報」の研究報告に記載していただきます。</w:t>
      </w:r>
    </w:p>
    <w:tbl>
      <w:tblPr>
        <w:tblStyle w:val="afe"/>
        <w:tblW w:w="9639" w:type="dxa"/>
        <w:jc w:val="center"/>
        <w:tblLayout w:type="fixed"/>
        <w:tblLook w:val="04A0" w:firstRow="1" w:lastRow="0" w:firstColumn="1" w:lastColumn="0" w:noHBand="0" w:noVBand="1"/>
      </w:tblPr>
      <w:tblGrid>
        <w:gridCol w:w="9639"/>
      </w:tblGrid>
      <w:tr w:rsidR="00F27341" w14:paraId="43F3C99A" w14:textId="77777777">
        <w:trPr>
          <w:jc w:val="center"/>
        </w:trPr>
        <w:tc>
          <w:tcPr>
            <w:tcW w:w="9638" w:type="dxa"/>
            <w:shd w:val="clear" w:color="auto" w:fill="E8E8E8"/>
          </w:tcPr>
          <w:p w14:paraId="5BEA921D" w14:textId="77777777" w:rsidR="00F27341" w:rsidRDefault="00000000">
            <w:pPr>
              <w:spacing w:before="20" w:after="20" w:line="252" w:lineRule="auto"/>
              <w:rPr>
                <w:lang w:eastAsia="ja-JP"/>
              </w:rPr>
            </w:pPr>
            <w:r>
              <w:rPr>
                <w:rFonts w:ascii="Yu Gothic" w:eastAsia="Yu Gothic" w:hAnsi="Yu Gothic" w:cs="Yu Gothic"/>
                <w:b/>
                <w:sz w:val="20"/>
                <w:lang w:eastAsia="ja-JP"/>
              </w:rPr>
              <w:t>(1)　成果物の公開または学内における実証導入　【必須】</w:t>
            </w:r>
          </w:p>
          <w:p w14:paraId="50F43721" w14:textId="77777777" w:rsidR="00F27341" w:rsidRDefault="00000000">
            <w:pPr>
              <w:spacing w:before="20" w:after="20" w:line="252" w:lineRule="auto"/>
              <w:rPr>
                <w:lang w:eastAsia="ja-JP"/>
              </w:rPr>
            </w:pPr>
            <w:r>
              <w:rPr>
                <w:sz w:val="17"/>
                <w:lang w:eastAsia="ja-JP"/>
              </w:rPr>
              <w:t>公開・導入する成果物（ソフトウェア、設定・構築手順、設計・評価ドキュメント、データセット等）、公開先または導入範囲、公開・導入の時期を記入してください。</w:t>
            </w:r>
          </w:p>
        </w:tc>
      </w:tr>
      <w:tr w:rsidR="00F27341" w14:paraId="165F7B49" w14:textId="77777777" w:rsidTr="00220B4C">
        <w:trPr>
          <w:trHeight w:val="2531"/>
          <w:jc w:val="center"/>
        </w:trPr>
        <w:tc>
          <w:tcPr>
            <w:tcW w:w="9638" w:type="dxa"/>
          </w:tcPr>
          <w:p w14:paraId="7A89DFE6" w14:textId="77777777" w:rsidR="00F27341" w:rsidRDefault="00F27341">
            <w:pPr>
              <w:spacing w:before="20" w:after="20" w:line="252" w:lineRule="auto"/>
              <w:rPr>
                <w:lang w:eastAsia="ja-JP"/>
              </w:rPr>
            </w:pPr>
          </w:p>
        </w:tc>
      </w:tr>
    </w:tbl>
    <w:p w14:paraId="6809553E"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665178A9" w14:textId="77777777">
        <w:trPr>
          <w:jc w:val="center"/>
        </w:trPr>
        <w:tc>
          <w:tcPr>
            <w:tcW w:w="9638" w:type="dxa"/>
            <w:shd w:val="clear" w:color="auto" w:fill="E8E8E8"/>
          </w:tcPr>
          <w:p w14:paraId="49180E6E" w14:textId="77777777" w:rsidR="00F27341" w:rsidRDefault="00000000">
            <w:pPr>
              <w:spacing w:before="20" w:after="20" w:line="252" w:lineRule="auto"/>
              <w:rPr>
                <w:lang w:eastAsia="ja-JP"/>
              </w:rPr>
            </w:pPr>
            <w:r>
              <w:rPr>
                <w:rFonts w:ascii="Yu Gothic" w:eastAsia="Yu Gothic" w:hAnsi="Yu Gothic" w:cs="Yu Gothic"/>
                <w:b/>
                <w:sz w:val="20"/>
                <w:lang w:eastAsia="ja-JP"/>
              </w:rPr>
              <w:t>(2)　成果を説明する場　【必須：次のいずれか1つ以上を選択してください】</w:t>
            </w:r>
          </w:p>
          <w:p w14:paraId="3AEE62CF" w14:textId="77777777" w:rsidR="00F27341" w:rsidRDefault="00000000">
            <w:pPr>
              <w:spacing w:before="20" w:after="20" w:line="252" w:lineRule="auto"/>
              <w:rPr>
                <w:lang w:eastAsia="ja-JP"/>
              </w:rPr>
            </w:pPr>
            <w:r>
              <w:rPr>
                <w:sz w:val="17"/>
                <w:lang w:eastAsia="ja-JP"/>
              </w:rPr>
              <w:t>年度内に1回以上実施してください。選択した形態、対象者・想定参加者、内容、実施時期を記入してください。</w:t>
            </w:r>
          </w:p>
          <w:p w14:paraId="17A19A9B" w14:textId="77777777" w:rsidR="00F27341" w:rsidRDefault="00000000">
            <w:pPr>
              <w:spacing w:before="20" w:after="20" w:line="252" w:lineRule="auto"/>
              <w:rPr>
                <w:lang w:eastAsia="ja-JP"/>
              </w:rPr>
            </w:pPr>
            <w:r>
              <w:rPr>
                <w:sz w:val="17"/>
                <w:lang w:eastAsia="ja-JP"/>
              </w:rPr>
              <w:t>□　学内における研究会・セミナーの開催</w:t>
            </w:r>
          </w:p>
          <w:p w14:paraId="2DB4F750" w14:textId="77777777" w:rsidR="00F27341" w:rsidRDefault="00000000">
            <w:pPr>
              <w:spacing w:before="20" w:after="20" w:line="252" w:lineRule="auto"/>
              <w:rPr>
                <w:lang w:eastAsia="ja-JP"/>
              </w:rPr>
            </w:pPr>
            <w:r>
              <w:rPr>
                <w:sz w:val="17"/>
                <w:lang w:eastAsia="ja-JP"/>
              </w:rPr>
              <w:t>□　本学の教職員または学生を対象とする技術講習会・ハンズオンの実施</w:t>
            </w:r>
          </w:p>
          <w:p w14:paraId="12808B16" w14:textId="2F7A8722" w:rsidR="00F27341" w:rsidRDefault="00000000">
            <w:pPr>
              <w:spacing w:before="20" w:after="20" w:line="252" w:lineRule="auto"/>
              <w:rPr>
                <w:rFonts w:hint="eastAsia"/>
                <w:lang w:eastAsia="ja-JP"/>
              </w:rPr>
            </w:pPr>
            <w:r>
              <w:rPr>
                <w:sz w:val="17"/>
                <w:lang w:eastAsia="ja-JP"/>
              </w:rPr>
              <w:t>□　学外の研究会・研究集会・技術コミュニティにおける発表</w:t>
            </w:r>
          </w:p>
          <w:p w14:paraId="6864885B" w14:textId="77777777" w:rsidR="00F27341" w:rsidRDefault="00000000">
            <w:pPr>
              <w:spacing w:before="20" w:after="20" w:line="252" w:lineRule="auto"/>
              <w:rPr>
                <w:lang w:eastAsia="ja-JP"/>
              </w:rPr>
            </w:pPr>
            <w:r>
              <w:rPr>
                <w:sz w:val="17"/>
                <w:lang w:eastAsia="ja-JP"/>
              </w:rPr>
              <w:t>□　技術報告・解説記事の執筆</w:t>
            </w:r>
          </w:p>
        </w:tc>
      </w:tr>
      <w:tr w:rsidR="00F27341" w14:paraId="2B3EE646" w14:textId="77777777">
        <w:trPr>
          <w:trHeight w:val="2835"/>
          <w:jc w:val="center"/>
        </w:trPr>
        <w:tc>
          <w:tcPr>
            <w:tcW w:w="9638" w:type="dxa"/>
          </w:tcPr>
          <w:p w14:paraId="5E8EE6F3" w14:textId="77777777" w:rsidR="00F27341" w:rsidRDefault="00F27341">
            <w:pPr>
              <w:spacing w:before="20" w:after="20" w:line="252" w:lineRule="auto"/>
              <w:rPr>
                <w:lang w:eastAsia="ja-JP"/>
              </w:rPr>
            </w:pPr>
          </w:p>
        </w:tc>
      </w:tr>
    </w:tbl>
    <w:p w14:paraId="57AA3967" w14:textId="77777777" w:rsidR="00220B4C" w:rsidRDefault="00220B4C" w:rsidP="00220B4C">
      <w:pPr>
        <w:rPr>
          <w:lang w:eastAsia="ja-JP"/>
        </w:rPr>
      </w:pPr>
    </w:p>
    <w:p w14:paraId="124C9936" w14:textId="683BC2BA" w:rsidR="00F27341" w:rsidRDefault="00000000" w:rsidP="00220B4C">
      <w:pPr>
        <w:rPr>
          <w:lang w:eastAsia="ja-JP"/>
        </w:rPr>
      </w:pPr>
      <w:r>
        <w:rPr>
          <w:rFonts w:ascii="Yu Gothic" w:eastAsia="Yu Gothic" w:hAnsi="Yu Gothic" w:cs="Yu Gothic"/>
          <w:b/>
          <w:lang w:eastAsia="ja-JP"/>
        </w:rPr>
        <w:t>Ⅰ－６　年間スケジュール</w:t>
      </w:r>
    </w:p>
    <w:p w14:paraId="1F9E79CC" w14:textId="77777777" w:rsidR="00F27341" w:rsidRDefault="00000000">
      <w:pPr>
        <w:rPr>
          <w:lang w:eastAsia="ja-JP"/>
        </w:rPr>
      </w:pPr>
      <w:r>
        <w:rPr>
          <w:sz w:val="17"/>
          <w:lang w:eastAsia="ja-JP"/>
        </w:rPr>
        <w:t>主な実施事項および成果計画（研究会・講習会・公開等）の時期を四半期ごとに記入してください。</w:t>
      </w:r>
    </w:p>
    <w:tbl>
      <w:tblPr>
        <w:tblStyle w:val="afe"/>
        <w:tblW w:w="9639" w:type="dxa"/>
        <w:jc w:val="center"/>
        <w:tblLayout w:type="fixed"/>
        <w:tblLook w:val="04A0" w:firstRow="1" w:lastRow="0" w:firstColumn="1" w:lastColumn="0" w:noHBand="0" w:noVBand="1"/>
      </w:tblPr>
      <w:tblGrid>
        <w:gridCol w:w="2268"/>
        <w:gridCol w:w="7371"/>
      </w:tblGrid>
      <w:tr w:rsidR="00F27341" w14:paraId="6E5F519E" w14:textId="77777777">
        <w:trPr>
          <w:jc w:val="center"/>
        </w:trPr>
        <w:tc>
          <w:tcPr>
            <w:tcW w:w="2268" w:type="dxa"/>
            <w:shd w:val="clear" w:color="auto" w:fill="E8E8E8"/>
          </w:tcPr>
          <w:p w14:paraId="1DB33E09" w14:textId="77777777" w:rsidR="00F27341" w:rsidRDefault="00000000">
            <w:pPr>
              <w:spacing w:before="20" w:after="20" w:line="252" w:lineRule="auto"/>
              <w:jc w:val="center"/>
            </w:pPr>
            <w:r>
              <w:rPr>
                <w:rFonts w:ascii="Yu Gothic" w:eastAsia="Yu Gothic" w:hAnsi="Yu Gothic" w:cs="Yu Gothic"/>
                <w:b/>
                <w:sz w:val="18"/>
              </w:rPr>
              <w:t>時　期</w:t>
            </w:r>
          </w:p>
        </w:tc>
        <w:tc>
          <w:tcPr>
            <w:tcW w:w="7370" w:type="dxa"/>
            <w:shd w:val="clear" w:color="auto" w:fill="E8E8E8"/>
          </w:tcPr>
          <w:p w14:paraId="005F9838" w14:textId="77777777" w:rsidR="00F27341" w:rsidRDefault="00000000">
            <w:pPr>
              <w:spacing w:before="20" w:after="20" w:line="252" w:lineRule="auto"/>
              <w:jc w:val="center"/>
            </w:pPr>
            <w:r>
              <w:rPr>
                <w:rFonts w:ascii="Yu Gothic" w:eastAsia="Yu Gothic" w:hAnsi="Yu Gothic" w:cs="Yu Gothic"/>
                <w:b/>
                <w:sz w:val="18"/>
              </w:rPr>
              <w:t>実 施 事 項</w:t>
            </w:r>
          </w:p>
        </w:tc>
      </w:tr>
      <w:tr w:rsidR="00F27341" w14:paraId="67CB46BC" w14:textId="77777777">
        <w:trPr>
          <w:trHeight w:val="850"/>
          <w:jc w:val="center"/>
        </w:trPr>
        <w:tc>
          <w:tcPr>
            <w:tcW w:w="2268" w:type="dxa"/>
          </w:tcPr>
          <w:p w14:paraId="59CAF9DB" w14:textId="77777777" w:rsidR="00F27341" w:rsidRDefault="00000000">
            <w:pPr>
              <w:spacing w:before="20" w:after="20" w:line="252" w:lineRule="auto"/>
              <w:jc w:val="center"/>
            </w:pPr>
            <w:r>
              <w:rPr>
                <w:sz w:val="18"/>
              </w:rPr>
              <w:t>2027年 4月〜6月</w:t>
            </w:r>
          </w:p>
        </w:tc>
        <w:tc>
          <w:tcPr>
            <w:tcW w:w="7370" w:type="dxa"/>
          </w:tcPr>
          <w:p w14:paraId="5AE03E84" w14:textId="77777777" w:rsidR="00F27341" w:rsidRDefault="00F27341">
            <w:pPr>
              <w:spacing w:before="20" w:after="20" w:line="252" w:lineRule="auto"/>
            </w:pPr>
          </w:p>
        </w:tc>
      </w:tr>
      <w:tr w:rsidR="00F27341" w14:paraId="36A9FE4F" w14:textId="77777777">
        <w:trPr>
          <w:trHeight w:val="850"/>
          <w:jc w:val="center"/>
        </w:trPr>
        <w:tc>
          <w:tcPr>
            <w:tcW w:w="2268" w:type="dxa"/>
          </w:tcPr>
          <w:p w14:paraId="7C659301" w14:textId="77777777" w:rsidR="00F27341" w:rsidRDefault="00000000">
            <w:pPr>
              <w:spacing w:before="20" w:after="20" w:line="252" w:lineRule="auto"/>
              <w:jc w:val="center"/>
            </w:pPr>
            <w:r>
              <w:rPr>
                <w:sz w:val="18"/>
              </w:rPr>
              <w:t>2027年 7月〜9月</w:t>
            </w:r>
          </w:p>
        </w:tc>
        <w:tc>
          <w:tcPr>
            <w:tcW w:w="7370" w:type="dxa"/>
          </w:tcPr>
          <w:p w14:paraId="5FC57F1A" w14:textId="77777777" w:rsidR="00F27341" w:rsidRDefault="00F27341">
            <w:pPr>
              <w:spacing w:before="20" w:after="20" w:line="252" w:lineRule="auto"/>
            </w:pPr>
          </w:p>
        </w:tc>
      </w:tr>
      <w:tr w:rsidR="00F27341" w14:paraId="5FEFDADC" w14:textId="77777777">
        <w:trPr>
          <w:trHeight w:val="850"/>
          <w:jc w:val="center"/>
        </w:trPr>
        <w:tc>
          <w:tcPr>
            <w:tcW w:w="2268" w:type="dxa"/>
          </w:tcPr>
          <w:p w14:paraId="328DEBD3" w14:textId="77777777" w:rsidR="00F27341" w:rsidRDefault="00000000">
            <w:pPr>
              <w:spacing w:before="20" w:after="20" w:line="252" w:lineRule="auto"/>
              <w:jc w:val="center"/>
            </w:pPr>
            <w:r>
              <w:rPr>
                <w:sz w:val="18"/>
              </w:rPr>
              <w:t>2027年10月〜12月</w:t>
            </w:r>
          </w:p>
        </w:tc>
        <w:tc>
          <w:tcPr>
            <w:tcW w:w="7370" w:type="dxa"/>
          </w:tcPr>
          <w:p w14:paraId="099CD04D" w14:textId="77777777" w:rsidR="00F27341" w:rsidRDefault="00F27341">
            <w:pPr>
              <w:spacing w:before="20" w:after="20" w:line="252" w:lineRule="auto"/>
            </w:pPr>
          </w:p>
        </w:tc>
      </w:tr>
      <w:tr w:rsidR="00F27341" w14:paraId="16832B25" w14:textId="77777777">
        <w:trPr>
          <w:trHeight w:val="850"/>
          <w:jc w:val="center"/>
        </w:trPr>
        <w:tc>
          <w:tcPr>
            <w:tcW w:w="2268" w:type="dxa"/>
          </w:tcPr>
          <w:p w14:paraId="0FAC0F4E" w14:textId="77777777" w:rsidR="00F27341" w:rsidRDefault="00000000">
            <w:pPr>
              <w:spacing w:before="20" w:after="20" w:line="252" w:lineRule="auto"/>
              <w:jc w:val="center"/>
            </w:pPr>
            <w:r>
              <w:rPr>
                <w:sz w:val="18"/>
              </w:rPr>
              <w:t>2028年 1月〜3月</w:t>
            </w:r>
          </w:p>
        </w:tc>
        <w:tc>
          <w:tcPr>
            <w:tcW w:w="7370" w:type="dxa"/>
          </w:tcPr>
          <w:p w14:paraId="56D3CD98" w14:textId="77777777" w:rsidR="00F27341" w:rsidRDefault="00F27341">
            <w:pPr>
              <w:spacing w:before="20" w:after="20" w:line="252" w:lineRule="auto"/>
            </w:pPr>
          </w:p>
        </w:tc>
      </w:tr>
    </w:tbl>
    <w:p w14:paraId="411AE5A3" w14:textId="77777777" w:rsidR="00F27341" w:rsidRDefault="00F27341"/>
    <w:tbl>
      <w:tblPr>
        <w:tblStyle w:val="afe"/>
        <w:tblW w:w="9639" w:type="dxa"/>
        <w:jc w:val="center"/>
        <w:tblLayout w:type="fixed"/>
        <w:tblLook w:val="04A0" w:firstRow="1" w:lastRow="0" w:firstColumn="1" w:lastColumn="0" w:noHBand="0" w:noVBand="1"/>
      </w:tblPr>
      <w:tblGrid>
        <w:gridCol w:w="9639"/>
      </w:tblGrid>
      <w:tr w:rsidR="00F27341" w14:paraId="59786E13" w14:textId="77777777">
        <w:trPr>
          <w:jc w:val="center"/>
        </w:trPr>
        <w:tc>
          <w:tcPr>
            <w:tcW w:w="9638" w:type="dxa"/>
            <w:shd w:val="clear" w:color="auto" w:fill="E8E8E8"/>
          </w:tcPr>
          <w:p w14:paraId="3FE864B9" w14:textId="77777777" w:rsidR="00F27341" w:rsidRDefault="00000000">
            <w:pPr>
              <w:spacing w:before="20" w:after="20" w:line="252" w:lineRule="auto"/>
              <w:rPr>
                <w:lang w:eastAsia="ja-JP"/>
              </w:rPr>
            </w:pPr>
            <w:r>
              <w:rPr>
                <w:rFonts w:ascii="Yu Gothic" w:eastAsia="Yu Gothic" w:hAnsi="Yu Gothic" w:cs="Yu Gothic"/>
                <w:b/>
                <w:lang w:eastAsia="ja-JP"/>
              </w:rPr>
              <w:t>Ⅰ－７　想定されるリスクと対応　【400字程度】</w:t>
            </w:r>
          </w:p>
          <w:p w14:paraId="516CE420" w14:textId="77777777" w:rsidR="00F27341" w:rsidRDefault="00000000">
            <w:pPr>
              <w:spacing w:before="20" w:after="20" w:line="252" w:lineRule="auto"/>
              <w:rPr>
                <w:lang w:eastAsia="ja-JP"/>
              </w:rPr>
            </w:pPr>
            <w:r>
              <w:rPr>
                <w:sz w:val="17"/>
                <w:lang w:eastAsia="ja-JP"/>
              </w:rPr>
              <w:t>計画どおりに進まない可能性がある事項（機器の調達、他部署との調整、外部講師の都合、技術的な不確実性等）と、その場合の対応方針を記述してください。</w:t>
            </w:r>
          </w:p>
        </w:tc>
      </w:tr>
      <w:tr w:rsidR="00F27341" w14:paraId="0012E6EE" w14:textId="77777777" w:rsidTr="003C1A69">
        <w:trPr>
          <w:trHeight w:val="3136"/>
          <w:jc w:val="center"/>
        </w:trPr>
        <w:tc>
          <w:tcPr>
            <w:tcW w:w="9638" w:type="dxa"/>
          </w:tcPr>
          <w:p w14:paraId="7C23AF8E" w14:textId="77777777" w:rsidR="00F27341" w:rsidRDefault="00F27341">
            <w:pPr>
              <w:spacing w:before="20" w:after="20" w:line="252" w:lineRule="auto"/>
              <w:rPr>
                <w:lang w:eastAsia="ja-JP"/>
              </w:rPr>
            </w:pPr>
          </w:p>
        </w:tc>
      </w:tr>
    </w:tbl>
    <w:p w14:paraId="7031F42D"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2B1FF60E" w14:textId="77777777">
        <w:trPr>
          <w:jc w:val="center"/>
        </w:trPr>
        <w:tc>
          <w:tcPr>
            <w:tcW w:w="9638" w:type="dxa"/>
            <w:shd w:val="clear" w:color="auto" w:fill="E8E8E8"/>
          </w:tcPr>
          <w:p w14:paraId="477159A2" w14:textId="77777777" w:rsidR="00F27341" w:rsidRDefault="00000000">
            <w:pPr>
              <w:spacing w:before="20" w:after="20" w:line="252" w:lineRule="auto"/>
              <w:rPr>
                <w:lang w:eastAsia="ja-JP"/>
              </w:rPr>
            </w:pPr>
            <w:r>
              <w:rPr>
                <w:rFonts w:ascii="Yu Gothic" w:eastAsia="Yu Gothic" w:hAnsi="Yu Gothic" w:cs="Yu Gothic"/>
                <w:b/>
                <w:lang w:eastAsia="ja-JP"/>
              </w:rPr>
              <w:t>Ⅰ－８　過年度採択課題の実施状況　【該当者のみ／600字程度】</w:t>
            </w:r>
          </w:p>
          <w:p w14:paraId="628889EB" w14:textId="77777777" w:rsidR="00F27341" w:rsidRDefault="00000000">
            <w:pPr>
              <w:spacing w:before="20" w:after="20" w:line="252" w:lineRule="auto"/>
              <w:rPr>
                <w:lang w:eastAsia="ja-JP"/>
              </w:rPr>
            </w:pPr>
            <w:r>
              <w:rPr>
                <w:sz w:val="17"/>
                <w:lang w:eastAsia="ja-JP"/>
              </w:rPr>
              <w:t>2025年度または2026年度に本プロジェクトの代表者として採択されていた場合に記入してください。課題名、実施内容、得られた成果、対外発表・成果物公開等の実績、および報告義務（中間報告・成果報告会での報告・年報への掲載）の履行状況を記述してください。本申請が前年度課題と同一または類似のテーマである場合は、①前年度課題の到達点、②本申請</w:t>
            </w:r>
            <w:r>
              <w:rPr>
                <w:sz w:val="17"/>
                <w:lang w:eastAsia="ja-JP"/>
              </w:rPr>
              <w:lastRenderedPageBreak/>
              <w:t>において新たに取り組む事項、③前年度課題との差分を、それぞれ具体的に記載してください（必須）。この記載がない場合は要件不備として選考の対象外となり、記載があっても前年度課題からの実質的な発展が認められない場合は不採択となります。※ 該当しない場合は「該当なし」と記入してください。</w:t>
            </w:r>
          </w:p>
        </w:tc>
      </w:tr>
      <w:tr w:rsidR="00F27341" w14:paraId="262966CE" w14:textId="77777777">
        <w:trPr>
          <w:trHeight w:val="4535"/>
          <w:jc w:val="center"/>
        </w:trPr>
        <w:tc>
          <w:tcPr>
            <w:tcW w:w="9638" w:type="dxa"/>
          </w:tcPr>
          <w:p w14:paraId="042F5054" w14:textId="77777777" w:rsidR="00F27341" w:rsidRDefault="00F27341">
            <w:pPr>
              <w:spacing w:before="20" w:after="20" w:line="252" w:lineRule="auto"/>
              <w:rPr>
                <w:lang w:eastAsia="ja-JP"/>
              </w:rPr>
            </w:pPr>
          </w:p>
        </w:tc>
      </w:tr>
    </w:tbl>
    <w:p w14:paraId="1D59C0D5"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677BD529" w14:textId="77777777">
        <w:trPr>
          <w:jc w:val="center"/>
        </w:trPr>
        <w:tc>
          <w:tcPr>
            <w:tcW w:w="9638" w:type="dxa"/>
            <w:shd w:val="clear" w:color="auto" w:fill="E8E8E8"/>
          </w:tcPr>
          <w:p w14:paraId="1747769C" w14:textId="77777777" w:rsidR="00F27341" w:rsidRDefault="00000000">
            <w:pPr>
              <w:spacing w:before="20" w:after="20" w:line="252" w:lineRule="auto"/>
              <w:rPr>
                <w:lang w:eastAsia="ja-JP"/>
              </w:rPr>
            </w:pPr>
            <w:r>
              <w:rPr>
                <w:rFonts w:ascii="Yu Gothic" w:eastAsia="Yu Gothic" w:hAnsi="Yu Gothic" w:cs="Yu Gothic"/>
                <w:b/>
                <w:lang w:eastAsia="ja-JP"/>
              </w:rPr>
              <w:t>Ⅰ－９　関係部署との調整状況　【300字程度】</w:t>
            </w:r>
          </w:p>
          <w:p w14:paraId="2B9E003C" w14:textId="77777777" w:rsidR="00F27341" w:rsidRDefault="00000000">
            <w:pPr>
              <w:spacing w:before="20" w:after="20" w:line="252" w:lineRule="auto"/>
              <w:rPr>
                <w:lang w:eastAsia="ja-JP"/>
              </w:rPr>
            </w:pPr>
            <w:r>
              <w:rPr>
                <w:sz w:val="17"/>
                <w:lang w:eastAsia="ja-JP"/>
              </w:rPr>
              <w:t>本学の情報基盤・情報環境に直接関わる内容（既存システムへの接続・変更、学内データの利用、ネットワーク構成の変更等）を含む場合は、計算機センターおよび関係部署との相談・調整の状況を記入してください。該当しない場合は「該当なし」と記入してください。</w:t>
            </w:r>
          </w:p>
        </w:tc>
      </w:tr>
      <w:tr w:rsidR="00F27341" w14:paraId="5ECD8C76" w14:textId="77777777" w:rsidTr="003C1A69">
        <w:trPr>
          <w:trHeight w:val="2330"/>
          <w:jc w:val="center"/>
        </w:trPr>
        <w:tc>
          <w:tcPr>
            <w:tcW w:w="9638" w:type="dxa"/>
          </w:tcPr>
          <w:p w14:paraId="14AD7E28" w14:textId="77777777" w:rsidR="00F27341" w:rsidRDefault="00F27341">
            <w:pPr>
              <w:spacing w:before="20" w:after="20" w:line="252" w:lineRule="auto"/>
              <w:rPr>
                <w:lang w:eastAsia="ja-JP"/>
              </w:rPr>
            </w:pPr>
          </w:p>
        </w:tc>
      </w:tr>
    </w:tbl>
    <w:p w14:paraId="0E927319" w14:textId="77777777" w:rsidR="00F27341" w:rsidRDefault="00F27341">
      <w:pPr>
        <w:rPr>
          <w:lang w:eastAsia="ja-JP"/>
        </w:rPr>
      </w:pPr>
    </w:p>
    <w:p w14:paraId="23562C99" w14:textId="77777777" w:rsidR="00F27341" w:rsidRDefault="00000000">
      <w:pPr>
        <w:spacing w:before="140" w:after="40"/>
        <w:rPr>
          <w:lang w:eastAsia="ja-JP"/>
        </w:rPr>
      </w:pPr>
      <w:r>
        <w:rPr>
          <w:rFonts w:ascii="Yu Gothic" w:eastAsia="Yu Gothic" w:hAnsi="Yu Gothic" w:cs="Yu Gothic"/>
          <w:b/>
          <w:lang w:eastAsia="ja-JP"/>
        </w:rPr>
        <w:t>Ⅰ－１０　他の研究費・予算との関係</w:t>
      </w:r>
    </w:p>
    <w:tbl>
      <w:tblPr>
        <w:tblStyle w:val="afe"/>
        <w:tblW w:w="9639" w:type="dxa"/>
        <w:jc w:val="center"/>
        <w:tblLayout w:type="fixed"/>
        <w:tblLook w:val="04A0" w:firstRow="1" w:lastRow="0" w:firstColumn="1" w:lastColumn="0" w:noHBand="0" w:noVBand="1"/>
      </w:tblPr>
      <w:tblGrid>
        <w:gridCol w:w="2042"/>
        <w:gridCol w:w="2721"/>
        <w:gridCol w:w="1701"/>
        <w:gridCol w:w="3175"/>
      </w:tblGrid>
      <w:tr w:rsidR="00F27341" w14:paraId="678DEB72" w14:textId="77777777">
        <w:trPr>
          <w:jc w:val="center"/>
        </w:trPr>
        <w:tc>
          <w:tcPr>
            <w:tcW w:w="2041" w:type="dxa"/>
            <w:shd w:val="clear" w:color="auto" w:fill="E8E8E8"/>
          </w:tcPr>
          <w:p w14:paraId="3BF9AAFF" w14:textId="77777777" w:rsidR="00F27341" w:rsidRDefault="00000000">
            <w:pPr>
              <w:spacing w:before="20" w:after="20" w:line="252" w:lineRule="auto"/>
              <w:jc w:val="center"/>
            </w:pPr>
            <w:r>
              <w:rPr>
                <w:rFonts w:ascii="Yu Gothic" w:eastAsia="Yu Gothic" w:hAnsi="Yu Gothic" w:cs="Yu Gothic"/>
                <w:b/>
                <w:sz w:val="18"/>
              </w:rPr>
              <w:t>研究費・予算の名称</w:t>
            </w:r>
          </w:p>
        </w:tc>
        <w:tc>
          <w:tcPr>
            <w:tcW w:w="2721" w:type="dxa"/>
            <w:shd w:val="clear" w:color="auto" w:fill="E8E8E8"/>
          </w:tcPr>
          <w:p w14:paraId="7421C210" w14:textId="77777777" w:rsidR="00F27341" w:rsidRDefault="00000000">
            <w:pPr>
              <w:spacing w:before="20" w:after="20" w:line="252" w:lineRule="auto"/>
              <w:jc w:val="center"/>
            </w:pPr>
            <w:r>
              <w:rPr>
                <w:rFonts w:ascii="Yu Gothic" w:eastAsia="Yu Gothic" w:hAnsi="Yu Gothic" w:cs="Yu Gothic"/>
                <w:b/>
                <w:sz w:val="18"/>
              </w:rPr>
              <w:t>課題名・用途</w:t>
            </w:r>
          </w:p>
        </w:tc>
        <w:tc>
          <w:tcPr>
            <w:tcW w:w="1701" w:type="dxa"/>
            <w:shd w:val="clear" w:color="auto" w:fill="E8E8E8"/>
          </w:tcPr>
          <w:p w14:paraId="4E1EE050" w14:textId="77777777" w:rsidR="00F27341" w:rsidRDefault="00000000">
            <w:pPr>
              <w:spacing w:before="20" w:after="20" w:line="252" w:lineRule="auto"/>
              <w:jc w:val="center"/>
            </w:pPr>
            <w:r>
              <w:rPr>
                <w:rFonts w:ascii="Yu Gothic" w:eastAsia="Yu Gothic" w:hAnsi="Yu Gothic" w:cs="Yu Gothic"/>
                <w:b/>
                <w:sz w:val="18"/>
              </w:rPr>
              <w:t>期　間</w:t>
            </w:r>
          </w:p>
        </w:tc>
        <w:tc>
          <w:tcPr>
            <w:tcW w:w="3175" w:type="dxa"/>
            <w:shd w:val="clear" w:color="auto" w:fill="E8E8E8"/>
          </w:tcPr>
          <w:p w14:paraId="11904AB0" w14:textId="77777777" w:rsidR="00F27341" w:rsidRDefault="00000000">
            <w:pPr>
              <w:spacing w:before="20" w:after="20" w:line="252" w:lineRule="auto"/>
              <w:jc w:val="center"/>
              <w:rPr>
                <w:lang w:eastAsia="ja-JP"/>
              </w:rPr>
            </w:pPr>
            <w:r>
              <w:rPr>
                <w:rFonts w:ascii="Yu Gothic" w:eastAsia="Yu Gothic" w:hAnsi="Yu Gothic" w:cs="Yu Gothic"/>
                <w:b/>
                <w:sz w:val="18"/>
                <w:lang w:eastAsia="ja-JP"/>
              </w:rPr>
              <w:t>本申請との関係・差分</w:t>
            </w:r>
          </w:p>
        </w:tc>
      </w:tr>
      <w:tr w:rsidR="00F27341" w14:paraId="16ED3D95" w14:textId="77777777">
        <w:trPr>
          <w:trHeight w:val="624"/>
          <w:jc w:val="center"/>
        </w:trPr>
        <w:tc>
          <w:tcPr>
            <w:tcW w:w="2041" w:type="dxa"/>
          </w:tcPr>
          <w:p w14:paraId="4A8E6661" w14:textId="77777777" w:rsidR="00F27341" w:rsidRDefault="00F27341">
            <w:pPr>
              <w:spacing w:before="20" w:after="20" w:line="252" w:lineRule="auto"/>
              <w:rPr>
                <w:lang w:eastAsia="ja-JP"/>
              </w:rPr>
            </w:pPr>
          </w:p>
        </w:tc>
        <w:tc>
          <w:tcPr>
            <w:tcW w:w="2721" w:type="dxa"/>
          </w:tcPr>
          <w:p w14:paraId="53FA7BA4" w14:textId="77777777" w:rsidR="00F27341" w:rsidRDefault="00F27341">
            <w:pPr>
              <w:spacing w:before="20" w:after="20" w:line="252" w:lineRule="auto"/>
              <w:rPr>
                <w:lang w:eastAsia="ja-JP"/>
              </w:rPr>
            </w:pPr>
          </w:p>
        </w:tc>
        <w:tc>
          <w:tcPr>
            <w:tcW w:w="1701" w:type="dxa"/>
          </w:tcPr>
          <w:p w14:paraId="4B662BB4" w14:textId="77777777" w:rsidR="00F27341" w:rsidRDefault="00F27341">
            <w:pPr>
              <w:spacing w:before="20" w:after="20" w:line="252" w:lineRule="auto"/>
              <w:rPr>
                <w:lang w:eastAsia="ja-JP"/>
              </w:rPr>
            </w:pPr>
          </w:p>
        </w:tc>
        <w:tc>
          <w:tcPr>
            <w:tcW w:w="3175" w:type="dxa"/>
          </w:tcPr>
          <w:p w14:paraId="29A76C2A" w14:textId="77777777" w:rsidR="00F27341" w:rsidRDefault="00F27341">
            <w:pPr>
              <w:spacing w:before="20" w:after="20" w:line="252" w:lineRule="auto"/>
              <w:rPr>
                <w:lang w:eastAsia="ja-JP"/>
              </w:rPr>
            </w:pPr>
          </w:p>
        </w:tc>
      </w:tr>
      <w:tr w:rsidR="00F27341" w14:paraId="3513537F" w14:textId="77777777">
        <w:trPr>
          <w:trHeight w:val="624"/>
          <w:jc w:val="center"/>
        </w:trPr>
        <w:tc>
          <w:tcPr>
            <w:tcW w:w="2041" w:type="dxa"/>
          </w:tcPr>
          <w:p w14:paraId="26604B0E" w14:textId="77777777" w:rsidR="00F27341" w:rsidRDefault="00F27341">
            <w:pPr>
              <w:spacing w:before="20" w:after="20" w:line="252" w:lineRule="auto"/>
              <w:rPr>
                <w:lang w:eastAsia="ja-JP"/>
              </w:rPr>
            </w:pPr>
          </w:p>
        </w:tc>
        <w:tc>
          <w:tcPr>
            <w:tcW w:w="2721" w:type="dxa"/>
          </w:tcPr>
          <w:p w14:paraId="572C2E54" w14:textId="77777777" w:rsidR="00F27341" w:rsidRDefault="00F27341">
            <w:pPr>
              <w:spacing w:before="20" w:after="20" w:line="252" w:lineRule="auto"/>
              <w:rPr>
                <w:lang w:eastAsia="ja-JP"/>
              </w:rPr>
            </w:pPr>
          </w:p>
        </w:tc>
        <w:tc>
          <w:tcPr>
            <w:tcW w:w="1701" w:type="dxa"/>
          </w:tcPr>
          <w:p w14:paraId="54FA28FA" w14:textId="77777777" w:rsidR="00F27341" w:rsidRDefault="00F27341">
            <w:pPr>
              <w:spacing w:before="20" w:after="20" w:line="252" w:lineRule="auto"/>
              <w:rPr>
                <w:lang w:eastAsia="ja-JP"/>
              </w:rPr>
            </w:pPr>
          </w:p>
        </w:tc>
        <w:tc>
          <w:tcPr>
            <w:tcW w:w="3175" w:type="dxa"/>
          </w:tcPr>
          <w:p w14:paraId="1C02DE35" w14:textId="77777777" w:rsidR="00F27341" w:rsidRDefault="00F27341">
            <w:pPr>
              <w:spacing w:before="20" w:after="20" w:line="252" w:lineRule="auto"/>
              <w:rPr>
                <w:lang w:eastAsia="ja-JP"/>
              </w:rPr>
            </w:pPr>
          </w:p>
        </w:tc>
      </w:tr>
    </w:tbl>
    <w:p w14:paraId="41770A79" w14:textId="77777777" w:rsidR="00F27341" w:rsidRDefault="00000000">
      <w:pPr>
        <w:spacing w:after="80"/>
        <w:rPr>
          <w:lang w:eastAsia="ja-JP"/>
        </w:rPr>
      </w:pPr>
      <w:r>
        <w:rPr>
          <w:sz w:val="17"/>
          <w:lang w:eastAsia="ja-JP"/>
        </w:rPr>
        <w:t>※ 本申請の内容と関連する他の研究費、および部署の通常予算による調達計画がある場合は記入してください。該当がない場合は「該当なし」と記入してください。</w:t>
      </w:r>
    </w:p>
    <w:p w14:paraId="0ED9ADE9" w14:textId="77777777" w:rsidR="00F27341" w:rsidRDefault="00000000">
      <w:pPr>
        <w:rPr>
          <w:lang w:eastAsia="ja-JP"/>
        </w:rPr>
      </w:pPr>
      <w:r>
        <w:rPr>
          <w:lang w:eastAsia="ja-JP"/>
        </w:rPr>
        <w:br w:type="page"/>
      </w:r>
    </w:p>
    <w:p w14:paraId="4FF170FA" w14:textId="77777777" w:rsidR="00F27341" w:rsidRDefault="00000000">
      <w:pPr>
        <w:spacing w:after="40"/>
      </w:pPr>
      <w:r>
        <w:rPr>
          <w:rFonts w:ascii="Yu Gothic" w:eastAsia="Yu Gothic" w:hAnsi="Yu Gothic" w:cs="Yu Gothic"/>
          <w:b/>
        </w:rPr>
        <w:lastRenderedPageBreak/>
        <w:t>別紙２</w:t>
      </w:r>
    </w:p>
    <w:p w14:paraId="7C87FC89" w14:textId="77777777" w:rsidR="00F27341" w:rsidRDefault="00000000">
      <w:pPr>
        <w:spacing w:before="120" w:after="200"/>
        <w:jc w:val="center"/>
      </w:pPr>
      <w:r>
        <w:rPr>
          <w:rFonts w:ascii="Yu Gothic" w:eastAsia="Yu Gothic" w:hAnsi="Yu Gothic" w:cs="Yu Gothic"/>
          <w:b/>
          <w:sz w:val="26"/>
        </w:rPr>
        <w:t>Ⅱ　予 算 計 画 書</w:t>
      </w:r>
    </w:p>
    <w:tbl>
      <w:tblPr>
        <w:tblStyle w:val="afe"/>
        <w:tblW w:w="9639" w:type="dxa"/>
        <w:jc w:val="center"/>
        <w:tblLayout w:type="fixed"/>
        <w:tblLook w:val="04A0" w:firstRow="1" w:lastRow="0" w:firstColumn="1" w:lastColumn="0" w:noHBand="0" w:noVBand="1"/>
      </w:tblPr>
      <w:tblGrid>
        <w:gridCol w:w="1815"/>
        <w:gridCol w:w="3005"/>
        <w:gridCol w:w="1701"/>
        <w:gridCol w:w="3118"/>
      </w:tblGrid>
      <w:tr w:rsidR="00F27341" w14:paraId="4741EB9F" w14:textId="77777777">
        <w:trPr>
          <w:trHeight w:val="482"/>
          <w:jc w:val="center"/>
        </w:trPr>
        <w:tc>
          <w:tcPr>
            <w:tcW w:w="1814" w:type="dxa"/>
            <w:shd w:val="clear" w:color="auto" w:fill="F2F2F2"/>
          </w:tcPr>
          <w:p w14:paraId="07F00C2F" w14:textId="77777777" w:rsidR="00F27341" w:rsidRDefault="00000000">
            <w:pPr>
              <w:spacing w:before="20" w:after="20" w:line="252" w:lineRule="auto"/>
            </w:pPr>
            <w:r>
              <w:rPr>
                <w:rFonts w:ascii="Yu Gothic" w:eastAsia="Yu Gothic" w:hAnsi="Yu Gothic" w:cs="Yu Gothic"/>
                <w:b/>
                <w:sz w:val="19"/>
              </w:rPr>
              <w:t>プロジェクト名</w:t>
            </w:r>
          </w:p>
        </w:tc>
        <w:tc>
          <w:tcPr>
            <w:tcW w:w="7824" w:type="dxa"/>
            <w:gridSpan w:val="3"/>
          </w:tcPr>
          <w:p w14:paraId="1F1016A8" w14:textId="77777777" w:rsidR="00F27341" w:rsidRDefault="00F27341">
            <w:pPr>
              <w:spacing w:before="20" w:after="20" w:line="252" w:lineRule="auto"/>
            </w:pPr>
          </w:p>
        </w:tc>
      </w:tr>
      <w:tr w:rsidR="00F27341" w14:paraId="710227FB" w14:textId="77777777">
        <w:trPr>
          <w:trHeight w:val="482"/>
          <w:jc w:val="center"/>
        </w:trPr>
        <w:tc>
          <w:tcPr>
            <w:tcW w:w="1814" w:type="dxa"/>
            <w:shd w:val="clear" w:color="auto" w:fill="F2F2F2"/>
          </w:tcPr>
          <w:p w14:paraId="46F8FC44" w14:textId="77777777" w:rsidR="00F27341" w:rsidRDefault="00000000">
            <w:pPr>
              <w:spacing w:before="20" w:after="20" w:line="252" w:lineRule="auto"/>
            </w:pPr>
            <w:r>
              <w:rPr>
                <w:rFonts w:ascii="Yu Gothic" w:eastAsia="Yu Gothic" w:hAnsi="Yu Gothic" w:cs="Yu Gothic"/>
                <w:b/>
                <w:sz w:val="19"/>
              </w:rPr>
              <w:t>研究代表者</w:t>
            </w:r>
          </w:p>
        </w:tc>
        <w:tc>
          <w:tcPr>
            <w:tcW w:w="3005" w:type="dxa"/>
          </w:tcPr>
          <w:p w14:paraId="58F29DCF" w14:textId="77777777" w:rsidR="00F27341" w:rsidRDefault="00F27341">
            <w:pPr>
              <w:spacing w:before="20" w:after="20" w:line="252" w:lineRule="auto"/>
            </w:pPr>
          </w:p>
        </w:tc>
        <w:tc>
          <w:tcPr>
            <w:tcW w:w="1701" w:type="dxa"/>
            <w:shd w:val="clear" w:color="auto" w:fill="F2F2F2"/>
          </w:tcPr>
          <w:p w14:paraId="6E9CF79F" w14:textId="77777777" w:rsidR="00F27341" w:rsidRDefault="00000000">
            <w:pPr>
              <w:spacing w:before="20" w:after="20" w:line="252" w:lineRule="auto"/>
            </w:pPr>
            <w:r>
              <w:rPr>
                <w:rFonts w:ascii="Yu Gothic" w:eastAsia="Yu Gothic" w:hAnsi="Yu Gothic" w:cs="Yu Gothic"/>
                <w:b/>
                <w:sz w:val="19"/>
              </w:rPr>
              <w:t>所属・職名</w:t>
            </w:r>
          </w:p>
        </w:tc>
        <w:tc>
          <w:tcPr>
            <w:tcW w:w="3118" w:type="dxa"/>
          </w:tcPr>
          <w:p w14:paraId="16D47E68" w14:textId="77777777" w:rsidR="00F27341" w:rsidRDefault="00F27341">
            <w:pPr>
              <w:spacing w:before="20" w:after="20" w:line="252" w:lineRule="auto"/>
            </w:pPr>
          </w:p>
        </w:tc>
      </w:tr>
    </w:tbl>
    <w:p w14:paraId="7AC4BDF8" w14:textId="77777777" w:rsidR="00F27341" w:rsidRDefault="00F27341"/>
    <w:tbl>
      <w:tblPr>
        <w:tblStyle w:val="afe"/>
        <w:tblW w:w="9639" w:type="dxa"/>
        <w:jc w:val="center"/>
        <w:tblLayout w:type="fixed"/>
        <w:tblLook w:val="04A0" w:firstRow="1" w:lastRow="0" w:firstColumn="1" w:lastColumn="0" w:noHBand="0" w:noVBand="1"/>
      </w:tblPr>
      <w:tblGrid>
        <w:gridCol w:w="1928"/>
        <w:gridCol w:w="1701"/>
        <w:gridCol w:w="6010"/>
      </w:tblGrid>
      <w:tr w:rsidR="00F27341" w14:paraId="626D361F" w14:textId="77777777">
        <w:trPr>
          <w:jc w:val="center"/>
        </w:trPr>
        <w:tc>
          <w:tcPr>
            <w:tcW w:w="1928" w:type="dxa"/>
            <w:shd w:val="clear" w:color="auto" w:fill="E8E8E8"/>
          </w:tcPr>
          <w:p w14:paraId="68B8C19C" w14:textId="77777777" w:rsidR="00F27341" w:rsidRDefault="00000000">
            <w:pPr>
              <w:spacing w:before="20" w:after="20" w:line="252" w:lineRule="auto"/>
              <w:jc w:val="center"/>
            </w:pPr>
            <w:r>
              <w:rPr>
                <w:rFonts w:ascii="Yu Gothic" w:eastAsia="Yu Gothic" w:hAnsi="Yu Gothic" w:cs="Yu Gothic"/>
                <w:b/>
                <w:sz w:val="18"/>
              </w:rPr>
              <w:t>特別研究費 項目</w:t>
            </w:r>
          </w:p>
        </w:tc>
        <w:tc>
          <w:tcPr>
            <w:tcW w:w="1701" w:type="dxa"/>
            <w:shd w:val="clear" w:color="auto" w:fill="E8E8E8"/>
          </w:tcPr>
          <w:p w14:paraId="12E87AE1" w14:textId="77777777" w:rsidR="00F27341" w:rsidRDefault="00000000">
            <w:pPr>
              <w:spacing w:before="20" w:after="20" w:line="252" w:lineRule="auto"/>
              <w:jc w:val="center"/>
            </w:pPr>
            <w:r>
              <w:rPr>
                <w:rFonts w:ascii="Yu Gothic" w:eastAsia="Yu Gothic" w:hAnsi="Yu Gothic" w:cs="Yu Gothic"/>
                <w:b/>
                <w:sz w:val="18"/>
              </w:rPr>
              <w:t>配分額（円）</w:t>
            </w:r>
          </w:p>
        </w:tc>
        <w:tc>
          <w:tcPr>
            <w:tcW w:w="6009" w:type="dxa"/>
            <w:shd w:val="clear" w:color="auto" w:fill="E8E8E8"/>
          </w:tcPr>
          <w:p w14:paraId="7BBED137" w14:textId="77777777" w:rsidR="00F27341" w:rsidRDefault="00000000">
            <w:pPr>
              <w:spacing w:before="20" w:after="20" w:line="252" w:lineRule="auto"/>
              <w:jc w:val="center"/>
              <w:rPr>
                <w:lang w:eastAsia="ja-JP"/>
              </w:rPr>
            </w:pPr>
            <w:r>
              <w:rPr>
                <w:rFonts w:ascii="Yu Gothic" w:eastAsia="Yu Gothic" w:hAnsi="Yu Gothic" w:cs="Yu Gothic"/>
                <w:b/>
                <w:sz w:val="18"/>
                <w:lang w:eastAsia="ja-JP"/>
              </w:rPr>
              <w:t>内訳（品名・単価×数量／回数・人数）および実施計画上の必要性</w:t>
            </w:r>
          </w:p>
        </w:tc>
      </w:tr>
      <w:tr w:rsidR="00F27341" w14:paraId="183B9D26" w14:textId="77777777">
        <w:trPr>
          <w:trHeight w:val="539"/>
          <w:jc w:val="center"/>
        </w:trPr>
        <w:tc>
          <w:tcPr>
            <w:tcW w:w="1928" w:type="dxa"/>
          </w:tcPr>
          <w:p w14:paraId="12C228F1" w14:textId="77777777" w:rsidR="00F27341" w:rsidRDefault="00000000">
            <w:pPr>
              <w:spacing w:before="20" w:after="20" w:line="252" w:lineRule="auto"/>
            </w:pPr>
            <w:r>
              <w:rPr>
                <w:sz w:val="18"/>
              </w:rPr>
              <w:t>設備・備品費</w:t>
            </w:r>
          </w:p>
        </w:tc>
        <w:tc>
          <w:tcPr>
            <w:tcW w:w="1701" w:type="dxa"/>
          </w:tcPr>
          <w:p w14:paraId="3DA96BAF" w14:textId="77777777" w:rsidR="00F27341" w:rsidRDefault="00F27341">
            <w:pPr>
              <w:spacing w:before="20" w:after="20" w:line="252" w:lineRule="auto"/>
              <w:jc w:val="right"/>
            </w:pPr>
          </w:p>
        </w:tc>
        <w:tc>
          <w:tcPr>
            <w:tcW w:w="6009" w:type="dxa"/>
          </w:tcPr>
          <w:p w14:paraId="2794F304" w14:textId="77777777" w:rsidR="00F27341" w:rsidRDefault="00F27341">
            <w:pPr>
              <w:spacing w:before="20" w:after="20" w:line="252" w:lineRule="auto"/>
            </w:pPr>
          </w:p>
        </w:tc>
      </w:tr>
      <w:tr w:rsidR="00F27341" w14:paraId="55845063" w14:textId="77777777">
        <w:trPr>
          <w:trHeight w:val="539"/>
          <w:jc w:val="center"/>
        </w:trPr>
        <w:tc>
          <w:tcPr>
            <w:tcW w:w="1928" w:type="dxa"/>
          </w:tcPr>
          <w:p w14:paraId="4208733A" w14:textId="77777777" w:rsidR="00F27341" w:rsidRDefault="00000000">
            <w:pPr>
              <w:spacing w:before="20" w:after="20" w:line="252" w:lineRule="auto"/>
            </w:pPr>
            <w:r>
              <w:rPr>
                <w:sz w:val="18"/>
              </w:rPr>
              <w:t>用品費</w:t>
            </w:r>
          </w:p>
        </w:tc>
        <w:tc>
          <w:tcPr>
            <w:tcW w:w="1701" w:type="dxa"/>
          </w:tcPr>
          <w:p w14:paraId="5939494B" w14:textId="77777777" w:rsidR="00F27341" w:rsidRDefault="00F27341">
            <w:pPr>
              <w:spacing w:before="20" w:after="20" w:line="252" w:lineRule="auto"/>
              <w:jc w:val="right"/>
            </w:pPr>
          </w:p>
        </w:tc>
        <w:tc>
          <w:tcPr>
            <w:tcW w:w="6009" w:type="dxa"/>
          </w:tcPr>
          <w:p w14:paraId="05BD9831" w14:textId="77777777" w:rsidR="00F27341" w:rsidRDefault="00F27341">
            <w:pPr>
              <w:spacing w:before="20" w:after="20" w:line="252" w:lineRule="auto"/>
            </w:pPr>
          </w:p>
        </w:tc>
      </w:tr>
      <w:tr w:rsidR="00F27341" w14:paraId="64B4063C" w14:textId="77777777">
        <w:trPr>
          <w:trHeight w:val="539"/>
          <w:jc w:val="center"/>
        </w:trPr>
        <w:tc>
          <w:tcPr>
            <w:tcW w:w="1928" w:type="dxa"/>
          </w:tcPr>
          <w:p w14:paraId="500CD5D5" w14:textId="77777777" w:rsidR="00F27341" w:rsidRDefault="00000000">
            <w:pPr>
              <w:spacing w:before="20" w:after="20" w:line="252" w:lineRule="auto"/>
            </w:pPr>
            <w:r>
              <w:rPr>
                <w:sz w:val="18"/>
              </w:rPr>
              <w:t>雑品費</w:t>
            </w:r>
          </w:p>
        </w:tc>
        <w:tc>
          <w:tcPr>
            <w:tcW w:w="1701" w:type="dxa"/>
          </w:tcPr>
          <w:p w14:paraId="17742D7D" w14:textId="77777777" w:rsidR="00F27341" w:rsidRDefault="00F27341">
            <w:pPr>
              <w:spacing w:before="20" w:after="20" w:line="252" w:lineRule="auto"/>
              <w:jc w:val="right"/>
            </w:pPr>
          </w:p>
        </w:tc>
        <w:tc>
          <w:tcPr>
            <w:tcW w:w="6009" w:type="dxa"/>
          </w:tcPr>
          <w:p w14:paraId="5F01D778" w14:textId="77777777" w:rsidR="00F27341" w:rsidRDefault="00F27341">
            <w:pPr>
              <w:spacing w:before="20" w:after="20" w:line="252" w:lineRule="auto"/>
            </w:pPr>
          </w:p>
        </w:tc>
      </w:tr>
      <w:tr w:rsidR="00F27341" w14:paraId="732D12B2" w14:textId="77777777">
        <w:trPr>
          <w:trHeight w:val="539"/>
          <w:jc w:val="center"/>
        </w:trPr>
        <w:tc>
          <w:tcPr>
            <w:tcW w:w="1928" w:type="dxa"/>
          </w:tcPr>
          <w:p w14:paraId="69601E5C" w14:textId="77777777" w:rsidR="00F27341" w:rsidRDefault="00000000">
            <w:pPr>
              <w:spacing w:before="20" w:after="20" w:line="252" w:lineRule="auto"/>
            </w:pPr>
            <w:r>
              <w:rPr>
                <w:sz w:val="18"/>
              </w:rPr>
              <w:t>図書費</w:t>
            </w:r>
          </w:p>
        </w:tc>
        <w:tc>
          <w:tcPr>
            <w:tcW w:w="1701" w:type="dxa"/>
          </w:tcPr>
          <w:p w14:paraId="2779A536" w14:textId="77777777" w:rsidR="00F27341" w:rsidRDefault="00F27341">
            <w:pPr>
              <w:spacing w:before="20" w:after="20" w:line="252" w:lineRule="auto"/>
              <w:jc w:val="right"/>
            </w:pPr>
          </w:p>
        </w:tc>
        <w:tc>
          <w:tcPr>
            <w:tcW w:w="6009" w:type="dxa"/>
          </w:tcPr>
          <w:p w14:paraId="00C3D0C7" w14:textId="77777777" w:rsidR="00F27341" w:rsidRDefault="00F27341">
            <w:pPr>
              <w:spacing w:before="20" w:after="20" w:line="252" w:lineRule="auto"/>
            </w:pPr>
          </w:p>
        </w:tc>
      </w:tr>
      <w:tr w:rsidR="00F27341" w14:paraId="375822AC" w14:textId="77777777">
        <w:trPr>
          <w:trHeight w:val="539"/>
          <w:jc w:val="center"/>
        </w:trPr>
        <w:tc>
          <w:tcPr>
            <w:tcW w:w="1928" w:type="dxa"/>
          </w:tcPr>
          <w:p w14:paraId="23331D8B" w14:textId="77777777" w:rsidR="00F27341" w:rsidRDefault="00000000">
            <w:pPr>
              <w:spacing w:before="20" w:after="20" w:line="252" w:lineRule="auto"/>
            </w:pPr>
            <w:r>
              <w:rPr>
                <w:sz w:val="18"/>
              </w:rPr>
              <w:t>印刷費</w:t>
            </w:r>
          </w:p>
        </w:tc>
        <w:tc>
          <w:tcPr>
            <w:tcW w:w="1701" w:type="dxa"/>
          </w:tcPr>
          <w:p w14:paraId="7B012B7E" w14:textId="77777777" w:rsidR="00F27341" w:rsidRDefault="00F27341">
            <w:pPr>
              <w:spacing w:before="20" w:after="20" w:line="252" w:lineRule="auto"/>
              <w:jc w:val="right"/>
            </w:pPr>
          </w:p>
        </w:tc>
        <w:tc>
          <w:tcPr>
            <w:tcW w:w="6009" w:type="dxa"/>
          </w:tcPr>
          <w:p w14:paraId="76EE8458" w14:textId="77777777" w:rsidR="00F27341" w:rsidRDefault="00F27341">
            <w:pPr>
              <w:spacing w:before="20" w:after="20" w:line="252" w:lineRule="auto"/>
            </w:pPr>
          </w:p>
        </w:tc>
      </w:tr>
      <w:tr w:rsidR="00F27341" w14:paraId="00130772" w14:textId="77777777">
        <w:trPr>
          <w:trHeight w:val="539"/>
          <w:jc w:val="center"/>
        </w:trPr>
        <w:tc>
          <w:tcPr>
            <w:tcW w:w="1928" w:type="dxa"/>
          </w:tcPr>
          <w:p w14:paraId="4B370051" w14:textId="77777777" w:rsidR="00F27341" w:rsidRDefault="00000000">
            <w:pPr>
              <w:spacing w:before="20" w:after="20" w:line="252" w:lineRule="auto"/>
            </w:pPr>
            <w:r>
              <w:rPr>
                <w:sz w:val="18"/>
              </w:rPr>
              <w:t>旅費</w:t>
            </w:r>
          </w:p>
        </w:tc>
        <w:tc>
          <w:tcPr>
            <w:tcW w:w="1701" w:type="dxa"/>
          </w:tcPr>
          <w:p w14:paraId="1814097B" w14:textId="77777777" w:rsidR="00F27341" w:rsidRDefault="00F27341">
            <w:pPr>
              <w:spacing w:before="20" w:after="20" w:line="252" w:lineRule="auto"/>
              <w:jc w:val="right"/>
            </w:pPr>
          </w:p>
        </w:tc>
        <w:tc>
          <w:tcPr>
            <w:tcW w:w="6009" w:type="dxa"/>
          </w:tcPr>
          <w:p w14:paraId="53BC764B" w14:textId="77777777" w:rsidR="00F27341" w:rsidRDefault="00F27341">
            <w:pPr>
              <w:spacing w:before="20" w:after="20" w:line="252" w:lineRule="auto"/>
            </w:pPr>
          </w:p>
        </w:tc>
      </w:tr>
      <w:tr w:rsidR="00F27341" w14:paraId="68238586" w14:textId="77777777">
        <w:trPr>
          <w:trHeight w:val="539"/>
          <w:jc w:val="center"/>
        </w:trPr>
        <w:tc>
          <w:tcPr>
            <w:tcW w:w="1928" w:type="dxa"/>
          </w:tcPr>
          <w:p w14:paraId="75115EFA" w14:textId="77777777" w:rsidR="00F27341" w:rsidRDefault="00000000">
            <w:pPr>
              <w:spacing w:before="20" w:after="20" w:line="252" w:lineRule="auto"/>
            </w:pPr>
            <w:r>
              <w:rPr>
                <w:sz w:val="18"/>
              </w:rPr>
              <w:t>諸会費</w:t>
            </w:r>
          </w:p>
        </w:tc>
        <w:tc>
          <w:tcPr>
            <w:tcW w:w="1701" w:type="dxa"/>
          </w:tcPr>
          <w:p w14:paraId="3675905D" w14:textId="77777777" w:rsidR="00F27341" w:rsidRDefault="00F27341">
            <w:pPr>
              <w:spacing w:before="20" w:after="20" w:line="252" w:lineRule="auto"/>
              <w:jc w:val="right"/>
            </w:pPr>
          </w:p>
        </w:tc>
        <w:tc>
          <w:tcPr>
            <w:tcW w:w="6009" w:type="dxa"/>
          </w:tcPr>
          <w:p w14:paraId="57300458" w14:textId="77777777" w:rsidR="00F27341" w:rsidRDefault="00F27341">
            <w:pPr>
              <w:spacing w:before="20" w:after="20" w:line="252" w:lineRule="auto"/>
            </w:pPr>
          </w:p>
        </w:tc>
      </w:tr>
      <w:tr w:rsidR="00F27341" w14:paraId="2102F4B4" w14:textId="77777777">
        <w:trPr>
          <w:trHeight w:val="539"/>
          <w:jc w:val="center"/>
        </w:trPr>
        <w:tc>
          <w:tcPr>
            <w:tcW w:w="1928" w:type="dxa"/>
          </w:tcPr>
          <w:p w14:paraId="35C6528D" w14:textId="77777777" w:rsidR="00F27341" w:rsidRDefault="00000000">
            <w:pPr>
              <w:spacing w:before="20" w:after="20" w:line="252" w:lineRule="auto"/>
            </w:pPr>
            <w:r>
              <w:rPr>
                <w:sz w:val="18"/>
              </w:rPr>
              <w:t>会合費</w:t>
            </w:r>
          </w:p>
        </w:tc>
        <w:tc>
          <w:tcPr>
            <w:tcW w:w="1701" w:type="dxa"/>
          </w:tcPr>
          <w:p w14:paraId="1459C224" w14:textId="77777777" w:rsidR="00F27341" w:rsidRDefault="00F27341">
            <w:pPr>
              <w:spacing w:before="20" w:after="20" w:line="252" w:lineRule="auto"/>
              <w:jc w:val="right"/>
            </w:pPr>
          </w:p>
        </w:tc>
        <w:tc>
          <w:tcPr>
            <w:tcW w:w="6009" w:type="dxa"/>
          </w:tcPr>
          <w:p w14:paraId="5279AD87" w14:textId="77777777" w:rsidR="00F27341" w:rsidRDefault="00F27341">
            <w:pPr>
              <w:spacing w:before="20" w:after="20" w:line="252" w:lineRule="auto"/>
            </w:pPr>
          </w:p>
        </w:tc>
      </w:tr>
      <w:tr w:rsidR="00F27341" w14:paraId="79DB00C8" w14:textId="77777777">
        <w:trPr>
          <w:trHeight w:val="539"/>
          <w:jc w:val="center"/>
        </w:trPr>
        <w:tc>
          <w:tcPr>
            <w:tcW w:w="1928" w:type="dxa"/>
          </w:tcPr>
          <w:p w14:paraId="09725D02" w14:textId="77777777" w:rsidR="00F27341" w:rsidRDefault="00000000">
            <w:pPr>
              <w:spacing w:before="20" w:after="20" w:line="252" w:lineRule="auto"/>
            </w:pPr>
            <w:r>
              <w:rPr>
                <w:sz w:val="18"/>
              </w:rPr>
              <w:t>通信・運搬料</w:t>
            </w:r>
          </w:p>
        </w:tc>
        <w:tc>
          <w:tcPr>
            <w:tcW w:w="1701" w:type="dxa"/>
          </w:tcPr>
          <w:p w14:paraId="0366D160" w14:textId="77777777" w:rsidR="00F27341" w:rsidRDefault="00F27341">
            <w:pPr>
              <w:spacing w:before="20" w:after="20" w:line="252" w:lineRule="auto"/>
              <w:jc w:val="right"/>
            </w:pPr>
          </w:p>
        </w:tc>
        <w:tc>
          <w:tcPr>
            <w:tcW w:w="6009" w:type="dxa"/>
          </w:tcPr>
          <w:p w14:paraId="1A7AF378" w14:textId="77777777" w:rsidR="00F27341" w:rsidRDefault="00F27341">
            <w:pPr>
              <w:spacing w:before="20" w:after="20" w:line="252" w:lineRule="auto"/>
            </w:pPr>
          </w:p>
        </w:tc>
      </w:tr>
      <w:tr w:rsidR="00F27341" w14:paraId="5277290D" w14:textId="77777777">
        <w:trPr>
          <w:trHeight w:val="539"/>
          <w:jc w:val="center"/>
        </w:trPr>
        <w:tc>
          <w:tcPr>
            <w:tcW w:w="1928" w:type="dxa"/>
          </w:tcPr>
          <w:p w14:paraId="61B9EFB7" w14:textId="77777777" w:rsidR="00F27341" w:rsidRDefault="00000000">
            <w:pPr>
              <w:spacing w:before="20" w:after="20" w:line="252" w:lineRule="auto"/>
            </w:pPr>
            <w:r>
              <w:rPr>
                <w:sz w:val="18"/>
              </w:rPr>
              <w:t>委託費</w:t>
            </w:r>
          </w:p>
        </w:tc>
        <w:tc>
          <w:tcPr>
            <w:tcW w:w="1701" w:type="dxa"/>
          </w:tcPr>
          <w:p w14:paraId="352E3173" w14:textId="77777777" w:rsidR="00F27341" w:rsidRDefault="00F27341">
            <w:pPr>
              <w:spacing w:before="20" w:after="20" w:line="252" w:lineRule="auto"/>
              <w:jc w:val="right"/>
            </w:pPr>
          </w:p>
        </w:tc>
        <w:tc>
          <w:tcPr>
            <w:tcW w:w="6009" w:type="dxa"/>
          </w:tcPr>
          <w:p w14:paraId="482BC6D1" w14:textId="77777777" w:rsidR="00F27341" w:rsidRDefault="00F27341">
            <w:pPr>
              <w:spacing w:before="20" w:after="20" w:line="252" w:lineRule="auto"/>
            </w:pPr>
          </w:p>
        </w:tc>
      </w:tr>
      <w:tr w:rsidR="00F27341" w14:paraId="2199D2FE" w14:textId="77777777">
        <w:trPr>
          <w:trHeight w:val="539"/>
          <w:jc w:val="center"/>
        </w:trPr>
        <w:tc>
          <w:tcPr>
            <w:tcW w:w="1928" w:type="dxa"/>
          </w:tcPr>
          <w:p w14:paraId="406EAB7E" w14:textId="77777777" w:rsidR="00F27341" w:rsidRDefault="00000000">
            <w:pPr>
              <w:spacing w:before="20" w:after="20" w:line="252" w:lineRule="auto"/>
            </w:pPr>
            <w:r>
              <w:rPr>
                <w:sz w:val="18"/>
              </w:rPr>
              <w:t>報酬・謝礼</w:t>
            </w:r>
          </w:p>
        </w:tc>
        <w:tc>
          <w:tcPr>
            <w:tcW w:w="1701" w:type="dxa"/>
          </w:tcPr>
          <w:p w14:paraId="70B5DD75" w14:textId="77777777" w:rsidR="00F27341" w:rsidRDefault="00F27341">
            <w:pPr>
              <w:spacing w:before="20" w:after="20" w:line="252" w:lineRule="auto"/>
              <w:jc w:val="right"/>
            </w:pPr>
          </w:p>
        </w:tc>
        <w:tc>
          <w:tcPr>
            <w:tcW w:w="6009" w:type="dxa"/>
          </w:tcPr>
          <w:p w14:paraId="0BFDC5CC" w14:textId="77777777" w:rsidR="00F27341" w:rsidRDefault="00F27341">
            <w:pPr>
              <w:spacing w:before="20" w:after="20" w:line="252" w:lineRule="auto"/>
            </w:pPr>
          </w:p>
        </w:tc>
      </w:tr>
      <w:tr w:rsidR="00F27341" w14:paraId="63DA7772" w14:textId="77777777">
        <w:trPr>
          <w:trHeight w:val="539"/>
          <w:jc w:val="center"/>
        </w:trPr>
        <w:tc>
          <w:tcPr>
            <w:tcW w:w="1928" w:type="dxa"/>
          </w:tcPr>
          <w:p w14:paraId="25401060" w14:textId="77777777" w:rsidR="00F27341" w:rsidRDefault="00000000">
            <w:pPr>
              <w:spacing w:before="20" w:after="20" w:line="252" w:lineRule="auto"/>
            </w:pPr>
            <w:r>
              <w:rPr>
                <w:sz w:val="18"/>
              </w:rPr>
              <w:t>その他</w:t>
            </w:r>
          </w:p>
        </w:tc>
        <w:tc>
          <w:tcPr>
            <w:tcW w:w="1701" w:type="dxa"/>
          </w:tcPr>
          <w:p w14:paraId="25C0EBE6" w14:textId="77777777" w:rsidR="00F27341" w:rsidRDefault="00F27341">
            <w:pPr>
              <w:spacing w:before="20" w:after="20" w:line="252" w:lineRule="auto"/>
              <w:jc w:val="right"/>
            </w:pPr>
          </w:p>
        </w:tc>
        <w:tc>
          <w:tcPr>
            <w:tcW w:w="6009" w:type="dxa"/>
          </w:tcPr>
          <w:p w14:paraId="752692CB" w14:textId="77777777" w:rsidR="00F27341" w:rsidRDefault="00F27341">
            <w:pPr>
              <w:spacing w:before="20" w:after="20" w:line="252" w:lineRule="auto"/>
            </w:pPr>
          </w:p>
        </w:tc>
      </w:tr>
      <w:tr w:rsidR="00F27341" w14:paraId="12E082AC" w14:textId="77777777">
        <w:trPr>
          <w:trHeight w:val="454"/>
          <w:jc w:val="center"/>
        </w:trPr>
        <w:tc>
          <w:tcPr>
            <w:tcW w:w="1928" w:type="dxa"/>
            <w:shd w:val="clear" w:color="auto" w:fill="F2F2F2"/>
          </w:tcPr>
          <w:p w14:paraId="4F253A70" w14:textId="77777777" w:rsidR="00F27341" w:rsidRDefault="00000000">
            <w:pPr>
              <w:spacing w:before="20" w:after="20" w:line="252" w:lineRule="auto"/>
              <w:jc w:val="center"/>
            </w:pPr>
            <w:r>
              <w:rPr>
                <w:rFonts w:ascii="Yu Gothic" w:eastAsia="Yu Gothic" w:hAnsi="Yu Gothic" w:cs="Yu Gothic"/>
                <w:b/>
                <w:sz w:val="19"/>
              </w:rPr>
              <w:t>合　　計</w:t>
            </w:r>
          </w:p>
        </w:tc>
        <w:tc>
          <w:tcPr>
            <w:tcW w:w="1701" w:type="dxa"/>
            <w:shd w:val="clear" w:color="auto" w:fill="F2F2F2"/>
          </w:tcPr>
          <w:p w14:paraId="623FB559" w14:textId="77777777" w:rsidR="00F27341" w:rsidRDefault="00F27341">
            <w:pPr>
              <w:spacing w:before="20" w:after="20" w:line="252" w:lineRule="auto"/>
              <w:jc w:val="right"/>
            </w:pPr>
          </w:p>
        </w:tc>
        <w:tc>
          <w:tcPr>
            <w:tcW w:w="6009" w:type="dxa"/>
          </w:tcPr>
          <w:p w14:paraId="411D0F4B" w14:textId="77777777" w:rsidR="00F27341" w:rsidRDefault="00F27341">
            <w:pPr>
              <w:spacing w:before="20" w:after="20" w:line="252" w:lineRule="auto"/>
            </w:pPr>
          </w:p>
        </w:tc>
      </w:tr>
    </w:tbl>
    <w:p w14:paraId="4A01AC78" w14:textId="77777777" w:rsidR="00F27341" w:rsidRDefault="00000000">
      <w:pPr>
        <w:spacing w:after="120"/>
        <w:rPr>
          <w:lang w:eastAsia="ja-JP"/>
        </w:rPr>
      </w:pPr>
      <w:r>
        <w:rPr>
          <w:sz w:val="17"/>
          <w:lang w:eastAsia="ja-JP"/>
        </w:rPr>
        <w:t>※ 配分額を記入したすべての費目について、内訳欄に「何を・いくらで・いくつ（何回・何人分）」および実施計画上の必要性を記入してください。内訳の記載がない費目、「一式」等の記載にとどまる費目は減点の対象となります。機器・ソフトウェアの購入は、調査・実証の目的に照らして必要最小限であることを説明してください。</w:t>
      </w:r>
    </w:p>
    <w:p w14:paraId="3D4242F9" w14:textId="77777777" w:rsidR="00F27341" w:rsidRDefault="00000000">
      <w:pPr>
        <w:rPr>
          <w:lang w:eastAsia="ja-JP"/>
        </w:rPr>
      </w:pPr>
      <w:r>
        <w:rPr>
          <w:lang w:eastAsia="ja-JP"/>
        </w:rPr>
        <w:br w:type="page"/>
      </w:r>
    </w:p>
    <w:p w14:paraId="321019F5" w14:textId="77777777" w:rsidR="00F27341" w:rsidRDefault="00000000">
      <w:pPr>
        <w:spacing w:before="140" w:after="40"/>
        <w:rPr>
          <w:lang w:eastAsia="ja-JP"/>
        </w:rPr>
      </w:pPr>
      <w:r>
        <w:rPr>
          <w:rFonts w:ascii="Yu Gothic" w:eastAsia="Yu Gothic" w:hAnsi="Yu Gothic" w:cs="Yu Gothic"/>
          <w:b/>
          <w:lang w:eastAsia="ja-JP"/>
        </w:rPr>
        <w:lastRenderedPageBreak/>
        <w:t>◆ 報酬・謝礼の明細</w:t>
      </w:r>
    </w:p>
    <w:p w14:paraId="2EC09B21" w14:textId="77777777" w:rsidR="00F27341" w:rsidRDefault="00000000">
      <w:pPr>
        <w:rPr>
          <w:lang w:eastAsia="ja-JP"/>
        </w:rPr>
      </w:pPr>
      <w:r>
        <w:rPr>
          <w:sz w:val="17"/>
          <w:lang w:eastAsia="ja-JP"/>
        </w:rPr>
        <w:t>報酬・謝礼（研究会・講習会の講師謝礼を含む）を計上する場合は、下表に記入してください。合計額が申請額の30％を超える場合は、必要性の説明を特に詳しく記載してください（50％を超える場合は減点の対象となります）。源泉徴収分を含めた金額で記入してください。</w:t>
      </w:r>
    </w:p>
    <w:tbl>
      <w:tblPr>
        <w:tblStyle w:val="afe"/>
        <w:tblW w:w="9639" w:type="dxa"/>
        <w:jc w:val="center"/>
        <w:tblLayout w:type="fixed"/>
        <w:tblLook w:val="04A0" w:firstRow="1" w:lastRow="0" w:firstColumn="1" w:lastColumn="0" w:noHBand="0" w:noVBand="1"/>
      </w:tblPr>
      <w:tblGrid>
        <w:gridCol w:w="1929"/>
        <w:gridCol w:w="2382"/>
        <w:gridCol w:w="1247"/>
        <w:gridCol w:w="850"/>
        <w:gridCol w:w="850"/>
        <w:gridCol w:w="2381"/>
      </w:tblGrid>
      <w:tr w:rsidR="00F27341" w14:paraId="3929E396" w14:textId="77777777">
        <w:trPr>
          <w:jc w:val="center"/>
        </w:trPr>
        <w:tc>
          <w:tcPr>
            <w:tcW w:w="1928" w:type="dxa"/>
            <w:shd w:val="clear" w:color="auto" w:fill="E8E8E8"/>
          </w:tcPr>
          <w:p w14:paraId="2E0C13A3" w14:textId="77777777" w:rsidR="00F27341" w:rsidRDefault="00000000">
            <w:pPr>
              <w:spacing w:before="20" w:after="20" w:line="252" w:lineRule="auto"/>
              <w:jc w:val="center"/>
              <w:rPr>
                <w:lang w:eastAsia="ja-JP"/>
              </w:rPr>
            </w:pPr>
            <w:r>
              <w:rPr>
                <w:rFonts w:ascii="Yu Gothic" w:eastAsia="Yu Gothic" w:hAnsi="Yu Gothic" w:cs="Yu Gothic"/>
                <w:b/>
                <w:sz w:val="17"/>
                <w:lang w:eastAsia="ja-JP"/>
              </w:rPr>
              <w:t>支払先の別（学外／学内、講師／作業補助 等）</w:t>
            </w:r>
          </w:p>
        </w:tc>
        <w:tc>
          <w:tcPr>
            <w:tcW w:w="2381" w:type="dxa"/>
            <w:shd w:val="clear" w:color="auto" w:fill="E8E8E8"/>
          </w:tcPr>
          <w:p w14:paraId="205A151B" w14:textId="77777777" w:rsidR="00F27341" w:rsidRDefault="00000000">
            <w:pPr>
              <w:spacing w:before="20" w:after="20" w:line="252" w:lineRule="auto"/>
              <w:jc w:val="center"/>
              <w:rPr>
                <w:lang w:eastAsia="ja-JP"/>
              </w:rPr>
            </w:pPr>
            <w:r>
              <w:rPr>
                <w:rFonts w:ascii="Yu Gothic" w:eastAsia="Yu Gothic" w:hAnsi="Yu Gothic" w:cs="Yu Gothic"/>
                <w:b/>
                <w:sz w:val="17"/>
                <w:lang w:eastAsia="ja-JP"/>
              </w:rPr>
              <w:t>内容（依頼する作業・講演）</w:t>
            </w:r>
          </w:p>
        </w:tc>
        <w:tc>
          <w:tcPr>
            <w:tcW w:w="1247" w:type="dxa"/>
            <w:shd w:val="clear" w:color="auto" w:fill="E8E8E8"/>
          </w:tcPr>
          <w:p w14:paraId="3AE86BD3" w14:textId="77777777" w:rsidR="00F27341" w:rsidRDefault="00000000">
            <w:pPr>
              <w:spacing w:before="20" w:after="20" w:line="252" w:lineRule="auto"/>
              <w:jc w:val="center"/>
            </w:pPr>
            <w:r>
              <w:rPr>
                <w:rFonts w:ascii="Yu Gothic" w:eastAsia="Yu Gothic" w:hAnsi="Yu Gothic" w:cs="Yu Gothic"/>
                <w:b/>
                <w:sz w:val="17"/>
              </w:rPr>
              <w:t>単価（円）</w:t>
            </w:r>
          </w:p>
        </w:tc>
        <w:tc>
          <w:tcPr>
            <w:tcW w:w="850" w:type="dxa"/>
            <w:shd w:val="clear" w:color="auto" w:fill="E8E8E8"/>
          </w:tcPr>
          <w:p w14:paraId="017D4E48" w14:textId="77777777" w:rsidR="00F27341" w:rsidRDefault="00000000">
            <w:pPr>
              <w:spacing w:before="20" w:after="20" w:line="252" w:lineRule="auto"/>
              <w:jc w:val="center"/>
            </w:pPr>
            <w:r>
              <w:rPr>
                <w:rFonts w:ascii="Yu Gothic" w:eastAsia="Yu Gothic" w:hAnsi="Yu Gothic" w:cs="Yu Gothic"/>
                <w:b/>
                <w:sz w:val="17"/>
              </w:rPr>
              <w:t>回数</w:t>
            </w:r>
          </w:p>
        </w:tc>
        <w:tc>
          <w:tcPr>
            <w:tcW w:w="850" w:type="dxa"/>
            <w:shd w:val="clear" w:color="auto" w:fill="E8E8E8"/>
          </w:tcPr>
          <w:p w14:paraId="3F30BE5A" w14:textId="77777777" w:rsidR="00F27341" w:rsidRDefault="00000000">
            <w:pPr>
              <w:spacing w:before="20" w:after="20" w:line="252" w:lineRule="auto"/>
              <w:jc w:val="center"/>
            </w:pPr>
            <w:r>
              <w:rPr>
                <w:rFonts w:ascii="Yu Gothic" w:eastAsia="Yu Gothic" w:hAnsi="Yu Gothic" w:cs="Yu Gothic"/>
                <w:b/>
                <w:sz w:val="17"/>
              </w:rPr>
              <w:t>人数</w:t>
            </w:r>
          </w:p>
        </w:tc>
        <w:tc>
          <w:tcPr>
            <w:tcW w:w="2381" w:type="dxa"/>
            <w:shd w:val="clear" w:color="auto" w:fill="E8E8E8"/>
          </w:tcPr>
          <w:p w14:paraId="4C036441" w14:textId="77777777" w:rsidR="00F27341" w:rsidRDefault="00000000">
            <w:pPr>
              <w:spacing w:before="20" w:after="20" w:line="252" w:lineRule="auto"/>
              <w:jc w:val="center"/>
            </w:pPr>
            <w:r>
              <w:rPr>
                <w:rFonts w:ascii="Yu Gothic" w:eastAsia="Yu Gothic" w:hAnsi="Yu Gothic" w:cs="Yu Gothic"/>
                <w:b/>
                <w:sz w:val="17"/>
              </w:rPr>
              <w:t>実施計画上の必要性</w:t>
            </w:r>
          </w:p>
        </w:tc>
      </w:tr>
      <w:tr w:rsidR="00F27341" w14:paraId="7E9E3CDD" w14:textId="77777777">
        <w:trPr>
          <w:trHeight w:val="567"/>
          <w:jc w:val="center"/>
        </w:trPr>
        <w:tc>
          <w:tcPr>
            <w:tcW w:w="1928" w:type="dxa"/>
          </w:tcPr>
          <w:p w14:paraId="170CC065" w14:textId="77777777" w:rsidR="00F27341" w:rsidRDefault="00F27341">
            <w:pPr>
              <w:spacing w:before="20" w:after="20" w:line="252" w:lineRule="auto"/>
            </w:pPr>
          </w:p>
        </w:tc>
        <w:tc>
          <w:tcPr>
            <w:tcW w:w="2381" w:type="dxa"/>
          </w:tcPr>
          <w:p w14:paraId="5F3DA06E" w14:textId="77777777" w:rsidR="00F27341" w:rsidRDefault="00F27341">
            <w:pPr>
              <w:spacing w:before="20" w:after="20" w:line="252" w:lineRule="auto"/>
            </w:pPr>
          </w:p>
        </w:tc>
        <w:tc>
          <w:tcPr>
            <w:tcW w:w="1247" w:type="dxa"/>
          </w:tcPr>
          <w:p w14:paraId="5A408F93" w14:textId="77777777" w:rsidR="00F27341" w:rsidRDefault="00F27341">
            <w:pPr>
              <w:spacing w:before="20" w:after="20" w:line="252" w:lineRule="auto"/>
            </w:pPr>
          </w:p>
        </w:tc>
        <w:tc>
          <w:tcPr>
            <w:tcW w:w="850" w:type="dxa"/>
          </w:tcPr>
          <w:p w14:paraId="79D0DEA7" w14:textId="77777777" w:rsidR="00F27341" w:rsidRDefault="00F27341">
            <w:pPr>
              <w:spacing w:before="20" w:after="20" w:line="252" w:lineRule="auto"/>
            </w:pPr>
          </w:p>
        </w:tc>
        <w:tc>
          <w:tcPr>
            <w:tcW w:w="850" w:type="dxa"/>
          </w:tcPr>
          <w:p w14:paraId="5CFAAE38" w14:textId="77777777" w:rsidR="00F27341" w:rsidRDefault="00F27341">
            <w:pPr>
              <w:spacing w:before="20" w:after="20" w:line="252" w:lineRule="auto"/>
            </w:pPr>
          </w:p>
        </w:tc>
        <w:tc>
          <w:tcPr>
            <w:tcW w:w="2381" w:type="dxa"/>
          </w:tcPr>
          <w:p w14:paraId="17FA766F" w14:textId="77777777" w:rsidR="00F27341" w:rsidRDefault="00F27341">
            <w:pPr>
              <w:spacing w:before="20" w:after="20" w:line="252" w:lineRule="auto"/>
            </w:pPr>
          </w:p>
        </w:tc>
      </w:tr>
      <w:tr w:rsidR="00F27341" w14:paraId="0D35AED4" w14:textId="77777777">
        <w:trPr>
          <w:trHeight w:val="567"/>
          <w:jc w:val="center"/>
        </w:trPr>
        <w:tc>
          <w:tcPr>
            <w:tcW w:w="1928" w:type="dxa"/>
          </w:tcPr>
          <w:p w14:paraId="1791E180" w14:textId="77777777" w:rsidR="00F27341" w:rsidRDefault="00F27341">
            <w:pPr>
              <w:spacing w:before="20" w:after="20" w:line="252" w:lineRule="auto"/>
            </w:pPr>
          </w:p>
        </w:tc>
        <w:tc>
          <w:tcPr>
            <w:tcW w:w="2381" w:type="dxa"/>
          </w:tcPr>
          <w:p w14:paraId="52849EAD" w14:textId="77777777" w:rsidR="00F27341" w:rsidRDefault="00F27341">
            <w:pPr>
              <w:spacing w:before="20" w:after="20" w:line="252" w:lineRule="auto"/>
            </w:pPr>
          </w:p>
        </w:tc>
        <w:tc>
          <w:tcPr>
            <w:tcW w:w="1247" w:type="dxa"/>
          </w:tcPr>
          <w:p w14:paraId="44C82F02" w14:textId="77777777" w:rsidR="00F27341" w:rsidRDefault="00F27341">
            <w:pPr>
              <w:spacing w:before="20" w:after="20" w:line="252" w:lineRule="auto"/>
            </w:pPr>
          </w:p>
        </w:tc>
        <w:tc>
          <w:tcPr>
            <w:tcW w:w="850" w:type="dxa"/>
          </w:tcPr>
          <w:p w14:paraId="4EC0499A" w14:textId="77777777" w:rsidR="00F27341" w:rsidRDefault="00F27341">
            <w:pPr>
              <w:spacing w:before="20" w:after="20" w:line="252" w:lineRule="auto"/>
            </w:pPr>
          </w:p>
        </w:tc>
        <w:tc>
          <w:tcPr>
            <w:tcW w:w="850" w:type="dxa"/>
          </w:tcPr>
          <w:p w14:paraId="41D465AC" w14:textId="77777777" w:rsidR="00F27341" w:rsidRDefault="00F27341">
            <w:pPr>
              <w:spacing w:before="20" w:after="20" w:line="252" w:lineRule="auto"/>
            </w:pPr>
          </w:p>
        </w:tc>
        <w:tc>
          <w:tcPr>
            <w:tcW w:w="2381" w:type="dxa"/>
          </w:tcPr>
          <w:p w14:paraId="0C4D5154" w14:textId="77777777" w:rsidR="00F27341" w:rsidRDefault="00F27341">
            <w:pPr>
              <w:spacing w:before="20" w:after="20" w:line="252" w:lineRule="auto"/>
            </w:pPr>
          </w:p>
        </w:tc>
      </w:tr>
      <w:tr w:rsidR="00F27341" w14:paraId="3A23F1A0" w14:textId="77777777">
        <w:trPr>
          <w:trHeight w:val="567"/>
          <w:jc w:val="center"/>
        </w:trPr>
        <w:tc>
          <w:tcPr>
            <w:tcW w:w="1928" w:type="dxa"/>
          </w:tcPr>
          <w:p w14:paraId="5F80AE0A" w14:textId="77777777" w:rsidR="00F27341" w:rsidRDefault="00F27341">
            <w:pPr>
              <w:spacing w:before="20" w:after="20" w:line="252" w:lineRule="auto"/>
            </w:pPr>
          </w:p>
        </w:tc>
        <w:tc>
          <w:tcPr>
            <w:tcW w:w="2381" w:type="dxa"/>
          </w:tcPr>
          <w:p w14:paraId="66A1AA38" w14:textId="77777777" w:rsidR="00F27341" w:rsidRDefault="00F27341">
            <w:pPr>
              <w:spacing w:before="20" w:after="20" w:line="252" w:lineRule="auto"/>
            </w:pPr>
          </w:p>
        </w:tc>
        <w:tc>
          <w:tcPr>
            <w:tcW w:w="1247" w:type="dxa"/>
          </w:tcPr>
          <w:p w14:paraId="630C1875" w14:textId="77777777" w:rsidR="00F27341" w:rsidRDefault="00F27341">
            <w:pPr>
              <w:spacing w:before="20" w:after="20" w:line="252" w:lineRule="auto"/>
            </w:pPr>
          </w:p>
        </w:tc>
        <w:tc>
          <w:tcPr>
            <w:tcW w:w="850" w:type="dxa"/>
          </w:tcPr>
          <w:p w14:paraId="621332D8" w14:textId="77777777" w:rsidR="00F27341" w:rsidRDefault="00F27341">
            <w:pPr>
              <w:spacing w:before="20" w:after="20" w:line="252" w:lineRule="auto"/>
            </w:pPr>
          </w:p>
        </w:tc>
        <w:tc>
          <w:tcPr>
            <w:tcW w:w="850" w:type="dxa"/>
          </w:tcPr>
          <w:p w14:paraId="1592695B" w14:textId="77777777" w:rsidR="00F27341" w:rsidRDefault="00F27341">
            <w:pPr>
              <w:spacing w:before="20" w:after="20" w:line="252" w:lineRule="auto"/>
            </w:pPr>
          </w:p>
        </w:tc>
        <w:tc>
          <w:tcPr>
            <w:tcW w:w="2381" w:type="dxa"/>
          </w:tcPr>
          <w:p w14:paraId="2CE07637" w14:textId="77777777" w:rsidR="00F27341" w:rsidRDefault="00F27341">
            <w:pPr>
              <w:spacing w:before="20" w:after="20" w:line="252" w:lineRule="auto"/>
            </w:pPr>
          </w:p>
        </w:tc>
      </w:tr>
      <w:tr w:rsidR="00F27341" w14:paraId="4C518D59" w14:textId="77777777">
        <w:trPr>
          <w:jc w:val="center"/>
        </w:trPr>
        <w:tc>
          <w:tcPr>
            <w:tcW w:w="1928" w:type="dxa"/>
            <w:shd w:val="clear" w:color="auto" w:fill="F2F2F2"/>
          </w:tcPr>
          <w:p w14:paraId="0FF95235" w14:textId="77777777" w:rsidR="00F27341" w:rsidRDefault="00000000">
            <w:pPr>
              <w:spacing w:before="20" w:after="20" w:line="252" w:lineRule="auto"/>
              <w:jc w:val="center"/>
            </w:pPr>
            <w:r>
              <w:rPr>
                <w:rFonts w:ascii="Yu Gothic" w:eastAsia="Yu Gothic" w:hAnsi="Yu Gothic" w:cs="Yu Gothic"/>
                <w:b/>
                <w:sz w:val="18"/>
              </w:rPr>
              <w:t>小　計</w:t>
            </w:r>
          </w:p>
        </w:tc>
        <w:tc>
          <w:tcPr>
            <w:tcW w:w="7709" w:type="dxa"/>
            <w:gridSpan w:val="5"/>
          </w:tcPr>
          <w:p w14:paraId="6AD36EE1" w14:textId="77777777" w:rsidR="00F27341" w:rsidRDefault="00000000">
            <w:pPr>
              <w:spacing w:before="20" w:after="20" w:line="252" w:lineRule="auto"/>
              <w:rPr>
                <w:lang w:eastAsia="ja-JP"/>
              </w:rPr>
            </w:pPr>
            <w:r>
              <w:rPr>
                <w:sz w:val="18"/>
                <w:lang w:eastAsia="ja-JP"/>
              </w:rPr>
              <w:t xml:space="preserve">　　　　　　　　　　　円　（申請額に占める割合：　　　　％）</w:t>
            </w:r>
          </w:p>
        </w:tc>
      </w:tr>
    </w:tbl>
    <w:p w14:paraId="6FA8607A" w14:textId="77777777" w:rsidR="00F27341" w:rsidRDefault="00F27341">
      <w:pPr>
        <w:rPr>
          <w:lang w:eastAsia="ja-JP"/>
        </w:rPr>
      </w:pPr>
    </w:p>
    <w:p w14:paraId="298A1DA9" w14:textId="77777777" w:rsidR="00F27341" w:rsidRDefault="00000000">
      <w:pPr>
        <w:spacing w:before="140" w:after="40"/>
        <w:rPr>
          <w:lang w:eastAsia="ja-JP"/>
        </w:rPr>
      </w:pPr>
      <w:r>
        <w:rPr>
          <w:rFonts w:ascii="Yu Gothic" w:eastAsia="Yu Gothic" w:hAnsi="Yu Gothic" w:cs="Yu Gothic"/>
          <w:b/>
          <w:lang w:eastAsia="ja-JP"/>
        </w:rPr>
        <w:t>◆ 旅費の明細</w:t>
      </w:r>
    </w:p>
    <w:p w14:paraId="32A0A11B" w14:textId="77777777" w:rsidR="00F27341" w:rsidRDefault="00000000">
      <w:pPr>
        <w:rPr>
          <w:lang w:eastAsia="ja-JP"/>
        </w:rPr>
      </w:pPr>
      <w:r>
        <w:rPr>
          <w:sz w:val="17"/>
          <w:lang w:eastAsia="ja-JP"/>
        </w:rPr>
        <w:t>旅費を計上する場合は、下表に記入してください。旅費の合計はプロジェクト費の半額を超えることができません。海外出張旅費は支出できません。</w:t>
      </w:r>
    </w:p>
    <w:tbl>
      <w:tblPr>
        <w:tblStyle w:val="afe"/>
        <w:tblW w:w="9639" w:type="dxa"/>
        <w:jc w:val="center"/>
        <w:tblLayout w:type="fixed"/>
        <w:tblLook w:val="04A0" w:firstRow="1" w:lastRow="0" w:firstColumn="1" w:lastColumn="0" w:noHBand="0" w:noVBand="1"/>
      </w:tblPr>
      <w:tblGrid>
        <w:gridCol w:w="1702"/>
        <w:gridCol w:w="2381"/>
        <w:gridCol w:w="1247"/>
        <w:gridCol w:w="850"/>
        <w:gridCol w:w="850"/>
        <w:gridCol w:w="2609"/>
      </w:tblGrid>
      <w:tr w:rsidR="00F27341" w14:paraId="24172804" w14:textId="77777777">
        <w:trPr>
          <w:jc w:val="center"/>
        </w:trPr>
        <w:tc>
          <w:tcPr>
            <w:tcW w:w="1701" w:type="dxa"/>
            <w:shd w:val="clear" w:color="auto" w:fill="E8E8E8"/>
          </w:tcPr>
          <w:p w14:paraId="575151F0" w14:textId="77777777" w:rsidR="00F27341" w:rsidRDefault="00000000">
            <w:pPr>
              <w:spacing w:before="20" w:after="20" w:line="252" w:lineRule="auto"/>
              <w:jc w:val="center"/>
            </w:pPr>
            <w:r>
              <w:rPr>
                <w:rFonts w:ascii="Yu Gothic" w:eastAsia="Yu Gothic" w:hAnsi="Yu Gothic" w:cs="Yu Gothic"/>
                <w:b/>
                <w:sz w:val="17"/>
              </w:rPr>
              <w:t>行　先</w:t>
            </w:r>
          </w:p>
        </w:tc>
        <w:tc>
          <w:tcPr>
            <w:tcW w:w="2381" w:type="dxa"/>
            <w:shd w:val="clear" w:color="auto" w:fill="E8E8E8"/>
          </w:tcPr>
          <w:p w14:paraId="65C148D0" w14:textId="77777777" w:rsidR="00F27341" w:rsidRDefault="00000000">
            <w:pPr>
              <w:spacing w:before="20" w:after="20" w:line="252" w:lineRule="auto"/>
              <w:jc w:val="center"/>
              <w:rPr>
                <w:lang w:eastAsia="ja-JP"/>
              </w:rPr>
            </w:pPr>
            <w:r>
              <w:rPr>
                <w:rFonts w:ascii="Yu Gothic" w:eastAsia="Yu Gothic" w:hAnsi="Yu Gothic" w:cs="Yu Gothic"/>
                <w:b/>
                <w:sz w:val="17"/>
                <w:lang w:eastAsia="ja-JP"/>
              </w:rPr>
              <w:t>目的（学会名・用務）</w:t>
            </w:r>
          </w:p>
        </w:tc>
        <w:tc>
          <w:tcPr>
            <w:tcW w:w="1247" w:type="dxa"/>
            <w:shd w:val="clear" w:color="auto" w:fill="E8E8E8"/>
          </w:tcPr>
          <w:p w14:paraId="43135198" w14:textId="77777777" w:rsidR="00F27341" w:rsidRDefault="00000000">
            <w:pPr>
              <w:spacing w:before="20" w:after="20" w:line="252" w:lineRule="auto"/>
              <w:jc w:val="center"/>
            </w:pPr>
            <w:r>
              <w:rPr>
                <w:rFonts w:ascii="Yu Gothic" w:eastAsia="Yu Gothic" w:hAnsi="Yu Gothic" w:cs="Yu Gothic"/>
                <w:b/>
                <w:sz w:val="17"/>
              </w:rPr>
              <w:t>単価（円）</w:t>
            </w:r>
          </w:p>
        </w:tc>
        <w:tc>
          <w:tcPr>
            <w:tcW w:w="850" w:type="dxa"/>
            <w:shd w:val="clear" w:color="auto" w:fill="E8E8E8"/>
          </w:tcPr>
          <w:p w14:paraId="572DFBA0" w14:textId="77777777" w:rsidR="00F27341" w:rsidRDefault="00000000">
            <w:pPr>
              <w:spacing w:before="20" w:after="20" w:line="252" w:lineRule="auto"/>
              <w:jc w:val="center"/>
            </w:pPr>
            <w:r>
              <w:rPr>
                <w:rFonts w:ascii="Yu Gothic" w:eastAsia="Yu Gothic" w:hAnsi="Yu Gothic" w:cs="Yu Gothic"/>
                <w:b/>
                <w:sz w:val="17"/>
              </w:rPr>
              <w:t>回数</w:t>
            </w:r>
          </w:p>
        </w:tc>
        <w:tc>
          <w:tcPr>
            <w:tcW w:w="850" w:type="dxa"/>
            <w:shd w:val="clear" w:color="auto" w:fill="E8E8E8"/>
          </w:tcPr>
          <w:p w14:paraId="1A1B06F0" w14:textId="77777777" w:rsidR="00F27341" w:rsidRDefault="00000000">
            <w:pPr>
              <w:spacing w:before="20" w:after="20" w:line="252" w:lineRule="auto"/>
              <w:jc w:val="center"/>
            </w:pPr>
            <w:r>
              <w:rPr>
                <w:rFonts w:ascii="Yu Gothic" w:eastAsia="Yu Gothic" w:hAnsi="Yu Gothic" w:cs="Yu Gothic"/>
                <w:b/>
                <w:sz w:val="17"/>
              </w:rPr>
              <w:t>人数</w:t>
            </w:r>
          </w:p>
        </w:tc>
        <w:tc>
          <w:tcPr>
            <w:tcW w:w="2608" w:type="dxa"/>
            <w:shd w:val="clear" w:color="auto" w:fill="E8E8E8"/>
          </w:tcPr>
          <w:p w14:paraId="19E5E88D" w14:textId="77777777" w:rsidR="00F27341" w:rsidRDefault="00000000">
            <w:pPr>
              <w:spacing w:before="20" w:after="20" w:line="252" w:lineRule="auto"/>
              <w:jc w:val="center"/>
            </w:pPr>
            <w:r>
              <w:rPr>
                <w:rFonts w:ascii="Yu Gothic" w:eastAsia="Yu Gothic" w:hAnsi="Yu Gothic" w:cs="Yu Gothic"/>
                <w:b/>
                <w:sz w:val="17"/>
              </w:rPr>
              <w:t>実施計画上の必要性</w:t>
            </w:r>
          </w:p>
        </w:tc>
      </w:tr>
      <w:tr w:rsidR="00F27341" w14:paraId="3C6FC47B" w14:textId="77777777">
        <w:trPr>
          <w:trHeight w:val="567"/>
          <w:jc w:val="center"/>
        </w:trPr>
        <w:tc>
          <w:tcPr>
            <w:tcW w:w="1701" w:type="dxa"/>
          </w:tcPr>
          <w:p w14:paraId="2766DD2C" w14:textId="77777777" w:rsidR="00F27341" w:rsidRDefault="00F27341">
            <w:pPr>
              <w:spacing w:before="20" w:after="20" w:line="252" w:lineRule="auto"/>
            </w:pPr>
          </w:p>
        </w:tc>
        <w:tc>
          <w:tcPr>
            <w:tcW w:w="2381" w:type="dxa"/>
          </w:tcPr>
          <w:p w14:paraId="303FB1E9" w14:textId="77777777" w:rsidR="00F27341" w:rsidRDefault="00F27341">
            <w:pPr>
              <w:spacing w:before="20" w:after="20" w:line="252" w:lineRule="auto"/>
            </w:pPr>
          </w:p>
        </w:tc>
        <w:tc>
          <w:tcPr>
            <w:tcW w:w="1247" w:type="dxa"/>
          </w:tcPr>
          <w:p w14:paraId="1698F1B8" w14:textId="77777777" w:rsidR="00F27341" w:rsidRDefault="00F27341">
            <w:pPr>
              <w:spacing w:before="20" w:after="20" w:line="252" w:lineRule="auto"/>
            </w:pPr>
          </w:p>
        </w:tc>
        <w:tc>
          <w:tcPr>
            <w:tcW w:w="850" w:type="dxa"/>
          </w:tcPr>
          <w:p w14:paraId="047DCA8F" w14:textId="77777777" w:rsidR="00F27341" w:rsidRDefault="00F27341">
            <w:pPr>
              <w:spacing w:before="20" w:after="20" w:line="252" w:lineRule="auto"/>
            </w:pPr>
          </w:p>
        </w:tc>
        <w:tc>
          <w:tcPr>
            <w:tcW w:w="850" w:type="dxa"/>
          </w:tcPr>
          <w:p w14:paraId="68D07197" w14:textId="77777777" w:rsidR="00F27341" w:rsidRDefault="00F27341">
            <w:pPr>
              <w:spacing w:before="20" w:after="20" w:line="252" w:lineRule="auto"/>
            </w:pPr>
          </w:p>
        </w:tc>
        <w:tc>
          <w:tcPr>
            <w:tcW w:w="2608" w:type="dxa"/>
          </w:tcPr>
          <w:p w14:paraId="1FA29D0D" w14:textId="77777777" w:rsidR="00F27341" w:rsidRDefault="00F27341">
            <w:pPr>
              <w:spacing w:before="20" w:after="20" w:line="252" w:lineRule="auto"/>
            </w:pPr>
          </w:p>
        </w:tc>
      </w:tr>
      <w:tr w:rsidR="00F27341" w14:paraId="500E1FC0" w14:textId="77777777">
        <w:trPr>
          <w:trHeight w:val="567"/>
          <w:jc w:val="center"/>
        </w:trPr>
        <w:tc>
          <w:tcPr>
            <w:tcW w:w="1701" w:type="dxa"/>
          </w:tcPr>
          <w:p w14:paraId="26D16479" w14:textId="77777777" w:rsidR="00F27341" w:rsidRDefault="00F27341">
            <w:pPr>
              <w:spacing w:before="20" w:after="20" w:line="252" w:lineRule="auto"/>
            </w:pPr>
          </w:p>
        </w:tc>
        <w:tc>
          <w:tcPr>
            <w:tcW w:w="2381" w:type="dxa"/>
          </w:tcPr>
          <w:p w14:paraId="4A083BDD" w14:textId="77777777" w:rsidR="00F27341" w:rsidRDefault="00F27341">
            <w:pPr>
              <w:spacing w:before="20" w:after="20" w:line="252" w:lineRule="auto"/>
            </w:pPr>
          </w:p>
        </w:tc>
        <w:tc>
          <w:tcPr>
            <w:tcW w:w="1247" w:type="dxa"/>
          </w:tcPr>
          <w:p w14:paraId="38ED792F" w14:textId="77777777" w:rsidR="00F27341" w:rsidRDefault="00F27341">
            <w:pPr>
              <w:spacing w:before="20" w:after="20" w:line="252" w:lineRule="auto"/>
            </w:pPr>
          </w:p>
        </w:tc>
        <w:tc>
          <w:tcPr>
            <w:tcW w:w="850" w:type="dxa"/>
          </w:tcPr>
          <w:p w14:paraId="094EC922" w14:textId="77777777" w:rsidR="00F27341" w:rsidRDefault="00F27341">
            <w:pPr>
              <w:spacing w:before="20" w:after="20" w:line="252" w:lineRule="auto"/>
            </w:pPr>
          </w:p>
        </w:tc>
        <w:tc>
          <w:tcPr>
            <w:tcW w:w="850" w:type="dxa"/>
          </w:tcPr>
          <w:p w14:paraId="2E86D4A6" w14:textId="77777777" w:rsidR="00F27341" w:rsidRDefault="00F27341">
            <w:pPr>
              <w:spacing w:before="20" w:after="20" w:line="252" w:lineRule="auto"/>
            </w:pPr>
          </w:p>
        </w:tc>
        <w:tc>
          <w:tcPr>
            <w:tcW w:w="2608" w:type="dxa"/>
          </w:tcPr>
          <w:p w14:paraId="0598C019" w14:textId="77777777" w:rsidR="00F27341" w:rsidRDefault="00F27341">
            <w:pPr>
              <w:spacing w:before="20" w:after="20" w:line="252" w:lineRule="auto"/>
            </w:pPr>
          </w:p>
        </w:tc>
      </w:tr>
      <w:tr w:rsidR="00F27341" w14:paraId="62D5E870" w14:textId="77777777">
        <w:trPr>
          <w:trHeight w:val="567"/>
          <w:jc w:val="center"/>
        </w:trPr>
        <w:tc>
          <w:tcPr>
            <w:tcW w:w="1701" w:type="dxa"/>
          </w:tcPr>
          <w:p w14:paraId="48E4EA15" w14:textId="77777777" w:rsidR="00F27341" w:rsidRDefault="00F27341">
            <w:pPr>
              <w:spacing w:before="20" w:after="20" w:line="252" w:lineRule="auto"/>
            </w:pPr>
          </w:p>
        </w:tc>
        <w:tc>
          <w:tcPr>
            <w:tcW w:w="2381" w:type="dxa"/>
          </w:tcPr>
          <w:p w14:paraId="10F4FF99" w14:textId="77777777" w:rsidR="00F27341" w:rsidRDefault="00F27341">
            <w:pPr>
              <w:spacing w:before="20" w:after="20" w:line="252" w:lineRule="auto"/>
            </w:pPr>
          </w:p>
        </w:tc>
        <w:tc>
          <w:tcPr>
            <w:tcW w:w="1247" w:type="dxa"/>
          </w:tcPr>
          <w:p w14:paraId="21FE4D80" w14:textId="77777777" w:rsidR="00F27341" w:rsidRDefault="00F27341">
            <w:pPr>
              <w:spacing w:before="20" w:after="20" w:line="252" w:lineRule="auto"/>
            </w:pPr>
          </w:p>
        </w:tc>
        <w:tc>
          <w:tcPr>
            <w:tcW w:w="850" w:type="dxa"/>
          </w:tcPr>
          <w:p w14:paraId="33EFF4D4" w14:textId="77777777" w:rsidR="00F27341" w:rsidRDefault="00F27341">
            <w:pPr>
              <w:spacing w:before="20" w:after="20" w:line="252" w:lineRule="auto"/>
            </w:pPr>
          </w:p>
        </w:tc>
        <w:tc>
          <w:tcPr>
            <w:tcW w:w="850" w:type="dxa"/>
          </w:tcPr>
          <w:p w14:paraId="17902DE1" w14:textId="77777777" w:rsidR="00F27341" w:rsidRDefault="00F27341">
            <w:pPr>
              <w:spacing w:before="20" w:after="20" w:line="252" w:lineRule="auto"/>
            </w:pPr>
          </w:p>
        </w:tc>
        <w:tc>
          <w:tcPr>
            <w:tcW w:w="2608" w:type="dxa"/>
          </w:tcPr>
          <w:p w14:paraId="113CC172" w14:textId="77777777" w:rsidR="00F27341" w:rsidRDefault="00F27341">
            <w:pPr>
              <w:spacing w:before="20" w:after="20" w:line="252" w:lineRule="auto"/>
            </w:pPr>
          </w:p>
        </w:tc>
      </w:tr>
      <w:tr w:rsidR="00F27341" w14:paraId="7B037FF2" w14:textId="77777777">
        <w:trPr>
          <w:jc w:val="center"/>
        </w:trPr>
        <w:tc>
          <w:tcPr>
            <w:tcW w:w="1701" w:type="dxa"/>
            <w:shd w:val="clear" w:color="auto" w:fill="F2F2F2"/>
          </w:tcPr>
          <w:p w14:paraId="4342E91A" w14:textId="77777777" w:rsidR="00F27341" w:rsidRDefault="00000000">
            <w:pPr>
              <w:spacing w:before="20" w:after="20" w:line="252" w:lineRule="auto"/>
              <w:jc w:val="center"/>
            </w:pPr>
            <w:r>
              <w:rPr>
                <w:rFonts w:ascii="Yu Gothic" w:eastAsia="Yu Gothic" w:hAnsi="Yu Gothic" w:cs="Yu Gothic"/>
                <w:b/>
                <w:sz w:val="18"/>
              </w:rPr>
              <w:t>小　計</w:t>
            </w:r>
          </w:p>
        </w:tc>
        <w:tc>
          <w:tcPr>
            <w:tcW w:w="7936" w:type="dxa"/>
            <w:gridSpan w:val="5"/>
          </w:tcPr>
          <w:p w14:paraId="78F5712B" w14:textId="77777777" w:rsidR="00F27341" w:rsidRDefault="00000000">
            <w:pPr>
              <w:spacing w:before="20" w:after="20" w:line="252" w:lineRule="auto"/>
              <w:rPr>
                <w:lang w:eastAsia="ja-JP"/>
              </w:rPr>
            </w:pPr>
            <w:r>
              <w:rPr>
                <w:sz w:val="18"/>
                <w:lang w:eastAsia="ja-JP"/>
              </w:rPr>
              <w:t xml:space="preserve">　　　　　　　　　　　円　（申請額に占める割合：　　　　％）</w:t>
            </w:r>
          </w:p>
        </w:tc>
      </w:tr>
    </w:tbl>
    <w:p w14:paraId="50505462" w14:textId="77777777" w:rsidR="00F27341" w:rsidRDefault="00F27341">
      <w:pPr>
        <w:rPr>
          <w:lang w:eastAsia="ja-JP"/>
        </w:rPr>
      </w:pPr>
    </w:p>
    <w:tbl>
      <w:tblPr>
        <w:tblStyle w:val="afe"/>
        <w:tblW w:w="9639" w:type="dxa"/>
        <w:jc w:val="center"/>
        <w:tblLayout w:type="fixed"/>
        <w:tblLook w:val="04A0" w:firstRow="1" w:lastRow="0" w:firstColumn="1" w:lastColumn="0" w:noHBand="0" w:noVBand="1"/>
      </w:tblPr>
      <w:tblGrid>
        <w:gridCol w:w="9639"/>
      </w:tblGrid>
      <w:tr w:rsidR="00F27341" w14:paraId="53C8C662" w14:textId="77777777">
        <w:trPr>
          <w:jc w:val="center"/>
        </w:trPr>
        <w:tc>
          <w:tcPr>
            <w:tcW w:w="9638" w:type="dxa"/>
            <w:shd w:val="clear" w:color="auto" w:fill="E8E8E8"/>
          </w:tcPr>
          <w:p w14:paraId="34C21BFA" w14:textId="77777777" w:rsidR="00F27341" w:rsidRDefault="00000000">
            <w:pPr>
              <w:spacing w:before="20" w:after="20" w:line="252" w:lineRule="auto"/>
              <w:rPr>
                <w:lang w:eastAsia="ja-JP"/>
              </w:rPr>
            </w:pPr>
            <w:r>
              <w:rPr>
                <w:rFonts w:ascii="Yu Gothic" w:eastAsia="Yu Gothic" w:hAnsi="Yu Gothic" w:cs="Yu Gothic"/>
                <w:b/>
                <w:lang w:eastAsia="ja-JP"/>
              </w:rPr>
              <w:t>◆ 経費の必要性・妥当性　【600字程度】</w:t>
            </w:r>
          </w:p>
          <w:p w14:paraId="15B820A3" w14:textId="77777777" w:rsidR="00F27341" w:rsidRDefault="00000000">
            <w:pPr>
              <w:spacing w:before="20" w:after="20" w:line="252" w:lineRule="auto"/>
              <w:rPr>
                <w:lang w:eastAsia="ja-JP"/>
              </w:rPr>
            </w:pPr>
            <w:r>
              <w:rPr>
                <w:sz w:val="17"/>
                <w:lang w:eastAsia="ja-JP"/>
              </w:rPr>
              <w:t>実施規模・実施体制等をふまえ、経費の必要性・妥当性・積算根拠について記述してください。特定の費目が全体の大きな割合を占める場合は、当該経費の必要性を内訳とともに詳しく記述してください。機器・ソフトウェアの購入を計上する場合は、それが通常業務としての調達・更新ではなく、調査・比較評価・実証のために必要であることを説明してください。</w:t>
            </w:r>
          </w:p>
        </w:tc>
      </w:tr>
      <w:tr w:rsidR="00F27341" w14:paraId="4AACF489" w14:textId="77777777" w:rsidTr="00220B4C">
        <w:trPr>
          <w:trHeight w:val="4037"/>
          <w:jc w:val="center"/>
        </w:trPr>
        <w:tc>
          <w:tcPr>
            <w:tcW w:w="9638" w:type="dxa"/>
          </w:tcPr>
          <w:p w14:paraId="586F8E25" w14:textId="77777777" w:rsidR="00F27341" w:rsidRDefault="00F27341">
            <w:pPr>
              <w:spacing w:before="20" w:after="20" w:line="252" w:lineRule="auto"/>
              <w:rPr>
                <w:lang w:eastAsia="ja-JP"/>
              </w:rPr>
            </w:pPr>
          </w:p>
        </w:tc>
      </w:tr>
    </w:tbl>
    <w:p w14:paraId="682E1677" w14:textId="75CEF831" w:rsidR="00F27341" w:rsidRDefault="00F27341">
      <w:pPr>
        <w:spacing w:before="20" w:after="80"/>
        <w:rPr>
          <w:lang w:eastAsia="ja-JP"/>
        </w:rPr>
      </w:pPr>
    </w:p>
    <w:sectPr w:rsidR="00F27341"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E642C8" w14:textId="77777777" w:rsidR="009002AA" w:rsidRDefault="009002AA">
      <w:pPr>
        <w:spacing w:after="0" w:line="240" w:lineRule="auto"/>
      </w:pPr>
      <w:r>
        <w:separator/>
      </w:r>
    </w:p>
  </w:endnote>
  <w:endnote w:type="continuationSeparator" w:id="0">
    <w:p w14:paraId="42899666" w14:textId="77777777" w:rsidR="009002AA" w:rsidRDefault="00900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7E635" w14:textId="77777777" w:rsidR="00F27341" w:rsidRDefault="00000000">
    <w:pPr>
      <w:pStyle w:val="a7"/>
      <w:jc w:val="center"/>
    </w:pPr>
    <w:r>
      <w:rPr>
        <w:sz w:val="18"/>
      </w:rPr>
      <w:fldChar w:fldCharType="begin"/>
    </w:r>
    <w:r>
      <w:rPr>
        <w:sz w:val="18"/>
      </w:rPr>
      <w:instrText xml:space="preserve"> PAGE </w:instrText>
    </w:r>
    <w:r>
      <w:rPr>
        <w:sz w:val="18"/>
      </w:rPr>
      <w:fldChar w:fldCharType="separate"/>
    </w:r>
    <w:r w:rsidR="00220B4C">
      <w:rPr>
        <w:noProof/>
        <w:sz w:val="18"/>
      </w:rPr>
      <w:t>1</w:t>
    </w:r>
    <w:r>
      <w:rPr>
        <w:sz w:val="18"/>
      </w:rPr>
      <w:fldChar w:fldCharType="end"/>
    </w:r>
    <w:r>
      <w:rPr>
        <w:sz w:val="18"/>
      </w:rPr>
      <w:t xml:space="preserve"> / </w:t>
    </w:r>
    <w:r>
      <w:rPr>
        <w:sz w:val="18"/>
      </w:rPr>
      <w:fldChar w:fldCharType="begin"/>
    </w:r>
    <w:r>
      <w:rPr>
        <w:sz w:val="18"/>
      </w:rPr>
      <w:instrText xml:space="preserve"> NUMPAGES </w:instrText>
    </w:r>
    <w:r>
      <w:rPr>
        <w:sz w:val="18"/>
      </w:rPr>
      <w:fldChar w:fldCharType="separate"/>
    </w:r>
    <w:r w:rsidR="00220B4C">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7B7F4E" w14:textId="77777777" w:rsidR="009002AA" w:rsidRDefault="009002AA">
      <w:pPr>
        <w:spacing w:after="0" w:line="240" w:lineRule="auto"/>
      </w:pPr>
      <w:r>
        <w:separator/>
      </w:r>
    </w:p>
  </w:footnote>
  <w:footnote w:type="continuationSeparator" w:id="0">
    <w:p w14:paraId="11E840DC" w14:textId="77777777" w:rsidR="009002AA" w:rsidRDefault="009002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00628">
    <w:abstractNumId w:val="8"/>
  </w:num>
  <w:num w:numId="2" w16cid:durableId="1844124016">
    <w:abstractNumId w:val="6"/>
  </w:num>
  <w:num w:numId="3" w16cid:durableId="1194339701">
    <w:abstractNumId w:val="5"/>
  </w:num>
  <w:num w:numId="4" w16cid:durableId="977951383">
    <w:abstractNumId w:val="4"/>
  </w:num>
  <w:num w:numId="5" w16cid:durableId="412748202">
    <w:abstractNumId w:val="7"/>
  </w:num>
  <w:num w:numId="6" w16cid:durableId="102112879">
    <w:abstractNumId w:val="3"/>
  </w:num>
  <w:num w:numId="7" w16cid:durableId="256594901">
    <w:abstractNumId w:val="2"/>
  </w:num>
  <w:num w:numId="8" w16cid:durableId="596980120">
    <w:abstractNumId w:val="1"/>
  </w:num>
  <w:num w:numId="9" w16cid:durableId="4582300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2C3"/>
    <w:rsid w:val="0015074B"/>
    <w:rsid w:val="001D2B87"/>
    <w:rsid w:val="00220B4C"/>
    <w:rsid w:val="0029639D"/>
    <w:rsid w:val="00316D0D"/>
    <w:rsid w:val="00326F90"/>
    <w:rsid w:val="003C1A69"/>
    <w:rsid w:val="003F0F3F"/>
    <w:rsid w:val="00414BE9"/>
    <w:rsid w:val="00553514"/>
    <w:rsid w:val="00594A83"/>
    <w:rsid w:val="005D11DC"/>
    <w:rsid w:val="006B229E"/>
    <w:rsid w:val="0080573F"/>
    <w:rsid w:val="00880A88"/>
    <w:rsid w:val="009002AA"/>
    <w:rsid w:val="00947DCD"/>
    <w:rsid w:val="009B759D"/>
    <w:rsid w:val="00AA1D8D"/>
    <w:rsid w:val="00B47730"/>
    <w:rsid w:val="00CB0664"/>
    <w:rsid w:val="00D0251C"/>
    <w:rsid w:val="00F27341"/>
    <w:rsid w:val="00FB15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4D3DE7ED"/>
  <w14:defaultImageDpi w14:val="300"/>
  <w15:docId w15:val="{2BC4920B-24AE-2947-8023-CDD00F1A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59" w:lineRule="auto"/>
    </w:pPr>
    <w:rPr>
      <w:rFonts w:ascii="游明朝" w:eastAsia="游明朝" w:hAnsi="游明朝" w:cs="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前田　高志ニコラス</cp:lastModifiedBy>
  <cp:revision>10</cp:revision>
  <dcterms:created xsi:type="dcterms:W3CDTF">2013-12-23T23:15:00Z</dcterms:created>
  <dcterms:modified xsi:type="dcterms:W3CDTF">2026-09-14T10:51:00Z</dcterms:modified>
  <cp:category/>
</cp:coreProperties>
</file>